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CFD7C1" w14:textId="77777777" w:rsidR="007074D7" w:rsidRPr="005D18C5" w:rsidRDefault="005067C1" w:rsidP="005D18C5">
      <w:pPr>
        <w:pStyle w:val="Titel"/>
        <w:keepNext/>
        <w:keepLines/>
        <w:spacing w:after="360" w:line="276" w:lineRule="auto"/>
        <w:jc w:val="center"/>
        <w:rPr>
          <w:rFonts w:ascii="Arial" w:hAnsi="Arial" w:cs="Arial"/>
          <w:color w:val="FF9A31"/>
          <w:sz w:val="48"/>
          <w:szCs w:val="48"/>
          <w:lang w:val="nl-NL"/>
        </w:rPr>
      </w:pPr>
      <w:r w:rsidRPr="00BB4F8C">
        <w:rPr>
          <w:rFonts w:ascii="Arial" w:hAnsi="Arial" w:cs="Arial"/>
          <w:b/>
          <w:bCs/>
          <w:color w:val="1A9AA0"/>
          <w:sz w:val="40"/>
          <w:szCs w:val="40"/>
          <w:lang w:val="nl-NL"/>
        </w:rPr>
        <w:t>Interviewvragen tijdens een sollicitatiegesprek</w:t>
      </w:r>
    </w:p>
    <w:p w14:paraId="2E94D8C9" w14:textId="77777777" w:rsidR="00CA3261" w:rsidRPr="008A7B03" w:rsidRDefault="00CA3261" w:rsidP="005D18C5">
      <w:pPr>
        <w:spacing w:after="0" w:line="240" w:lineRule="auto"/>
        <w:rPr>
          <w:rFonts w:cs="Arial"/>
          <w:sz w:val="24"/>
          <w:szCs w:val="24"/>
          <w:lang w:val="nl-NL"/>
        </w:rPr>
      </w:pPr>
    </w:p>
    <w:p w14:paraId="1F4D7069" w14:textId="77777777" w:rsidR="000C320A" w:rsidRPr="008A7B03" w:rsidRDefault="008B04D0">
      <w:pPr>
        <w:pStyle w:val="Kop2"/>
        <w:spacing w:after="160"/>
        <w:rPr>
          <w:rFonts w:ascii="Arial" w:hAnsi="Arial" w:cs="Arial"/>
          <w:color w:val="087990"/>
          <w:sz w:val="28"/>
          <w:szCs w:val="28"/>
          <w:lang w:val="nl-NL"/>
        </w:rPr>
      </w:pPr>
      <w:r w:rsidRPr="008A7B03">
        <w:rPr>
          <w:rFonts w:ascii="Arial" w:hAnsi="Arial" w:cs="Arial"/>
          <w:color w:val="F39200"/>
          <w:lang w:val="nl-NL"/>
        </w:rPr>
        <w:t>Algemene gegevens</w:t>
      </w:r>
    </w:p>
    <w:p w14:paraId="78DE3A5E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Naam kandidaat: </w:t>
      </w:r>
    </w:p>
    <w:p w14:paraId="00721A45" w14:textId="77777777" w:rsidR="000C320A" w:rsidRPr="008C3FEE" w:rsidRDefault="008B04D0">
      <w:pPr>
        <w:keepLines/>
        <w:spacing w:after="160"/>
        <w:rPr>
          <w:rFonts w:cs="Arial"/>
          <w:lang w:val="nl-BE"/>
        </w:rPr>
      </w:pPr>
      <w:r w:rsidRPr="008C3FEE">
        <w:rPr>
          <w:rFonts w:cs="Arial"/>
          <w:lang w:val="nl-NL"/>
        </w:rPr>
        <w:t>Telefoon</w:t>
      </w:r>
      <w:r w:rsidR="005067C1" w:rsidRPr="008C3FEE">
        <w:rPr>
          <w:rFonts w:cs="Arial"/>
          <w:lang w:val="nl-NL"/>
        </w:rPr>
        <w:t>nummer</w:t>
      </w:r>
      <w:r w:rsidRPr="008C3FEE">
        <w:rPr>
          <w:rFonts w:cs="Arial"/>
          <w:lang w:val="nl-NL"/>
        </w:rPr>
        <w:t>:</w:t>
      </w:r>
    </w:p>
    <w:p w14:paraId="34666EC2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E-mail</w:t>
      </w:r>
      <w:r w:rsidR="005067C1" w:rsidRPr="008C3FEE">
        <w:rPr>
          <w:rFonts w:cs="Arial"/>
          <w:lang w:val="nl-NL"/>
        </w:rPr>
        <w:t>adres</w:t>
      </w:r>
      <w:r w:rsidRPr="008C3FEE">
        <w:rPr>
          <w:rFonts w:cs="Arial"/>
          <w:lang w:val="nl-NL"/>
        </w:rPr>
        <w:t>:</w:t>
      </w:r>
    </w:p>
    <w:p w14:paraId="58B3C9F7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Naam recruiter: </w:t>
      </w:r>
    </w:p>
    <w:p w14:paraId="0457E4A2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Datum gesprek: </w:t>
      </w:r>
    </w:p>
    <w:p w14:paraId="3AEAD931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Datum praktische proef</w:t>
      </w:r>
      <w:r w:rsidR="005067C1" w:rsidRPr="008C3FEE">
        <w:rPr>
          <w:rFonts w:cs="Arial"/>
          <w:lang w:val="nl-NL"/>
        </w:rPr>
        <w:t xml:space="preserve"> (indien</w:t>
      </w:r>
      <w:r w:rsidR="008E598E" w:rsidRPr="008C3FEE">
        <w:rPr>
          <w:rFonts w:cs="Arial"/>
          <w:lang w:val="nl-NL"/>
        </w:rPr>
        <w:t xml:space="preserve"> van toepassing):</w:t>
      </w:r>
    </w:p>
    <w:p w14:paraId="5E9B0B6F" w14:textId="77777777" w:rsidR="000C320A" w:rsidRPr="008C3FEE" w:rsidRDefault="008B04D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Beschikbaar vanaf: </w:t>
      </w:r>
    </w:p>
    <w:p w14:paraId="7D128AF8" w14:textId="77777777" w:rsidR="000C320A" w:rsidRPr="00CA4DD0" w:rsidRDefault="008B04D0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I. Kennismaking</w:t>
      </w:r>
    </w:p>
    <w:p w14:paraId="4B6A50A4" w14:textId="77777777" w:rsidR="00AB3F65" w:rsidRDefault="00876A05" w:rsidP="007E43DA">
      <w:pPr>
        <w:keepLines/>
        <w:spacing w:after="160"/>
        <w:rPr>
          <w:rFonts w:cs="Arial"/>
          <w:lang w:val="nl-NL"/>
        </w:rPr>
      </w:pPr>
      <w:r w:rsidRPr="008E4779">
        <w:rPr>
          <w:rFonts w:cs="Arial"/>
          <w:lang w:val="nl-NL"/>
        </w:rPr>
        <w:t>Kan je jezelf kort voorstellen? Wie ben je en wat moeten we zeker over jou weten?</w:t>
      </w:r>
    </w:p>
    <w:p w14:paraId="48A489DB" w14:textId="77777777" w:rsidR="00AB3F65" w:rsidRDefault="00AB3F65" w:rsidP="007E43DA">
      <w:pPr>
        <w:spacing w:after="0" w:line="240" w:lineRule="auto"/>
        <w:rPr>
          <w:rFonts w:cs="Arial"/>
          <w:lang w:val="nl-NL"/>
        </w:rPr>
      </w:pPr>
    </w:p>
    <w:p w14:paraId="6B496E13" w14:textId="77777777" w:rsidR="00AB3F65" w:rsidRDefault="00AB3F65" w:rsidP="007E43DA">
      <w:pPr>
        <w:spacing w:after="0" w:line="240" w:lineRule="auto"/>
        <w:rPr>
          <w:rFonts w:cs="Arial"/>
          <w:lang w:val="nl-NL"/>
        </w:rPr>
      </w:pPr>
    </w:p>
    <w:p w14:paraId="7B10AEBB" w14:textId="77777777" w:rsidR="007E43DA" w:rsidRDefault="00876A05" w:rsidP="007E43DA">
      <w:pPr>
        <w:spacing w:after="0" w:line="240" w:lineRule="auto"/>
        <w:rPr>
          <w:rFonts w:cs="Arial"/>
          <w:lang w:val="nl-NL"/>
        </w:rPr>
      </w:pPr>
      <w:r w:rsidRPr="008E4779">
        <w:rPr>
          <w:rFonts w:cs="Arial"/>
          <w:lang w:val="nl-NL"/>
        </w:rPr>
        <w:t xml:space="preserve"> </w:t>
      </w:r>
    </w:p>
    <w:p w14:paraId="4A0C486D" w14:textId="77777777" w:rsidR="00AB3F65" w:rsidRDefault="000B7FFC" w:rsidP="00AB3F65">
      <w:pPr>
        <w:keepLines/>
        <w:spacing w:after="160"/>
        <w:rPr>
          <w:rFonts w:cs="Arial"/>
          <w:lang w:val="nl-NL"/>
        </w:rPr>
      </w:pPr>
      <w:r w:rsidRPr="007E43DA">
        <w:rPr>
          <w:rFonts w:cs="Arial"/>
          <w:lang w:val="nl-NL"/>
        </w:rPr>
        <w:t>Kan je iets vertellen over je vorige werkervaringen? Welke ervaring sluit volgens jou het beste aan bij de job van huishoudhulp?</w:t>
      </w:r>
    </w:p>
    <w:p w14:paraId="54434740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3411514B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17688B6E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20B9C4FE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11C7096F" w14:textId="77777777" w:rsidR="00264945" w:rsidRPr="00AB3F65" w:rsidRDefault="004E6179" w:rsidP="00AB3F65">
      <w:pPr>
        <w:keepLines/>
        <w:spacing w:after="160"/>
        <w:rPr>
          <w:rFonts w:cs="Arial"/>
          <w:lang w:val="nl-NL"/>
        </w:rPr>
      </w:pPr>
      <w:r w:rsidRPr="00AB3F65">
        <w:rPr>
          <w:rFonts w:cs="Arial"/>
          <w:lang w:val="nl-NL"/>
        </w:rPr>
        <w:t>Wat spreekt je aan in de job van huishoudhulp</w:t>
      </w:r>
      <w:r w:rsidR="000B7FFC" w:rsidRPr="00AB3F65">
        <w:rPr>
          <w:rFonts w:cs="Arial"/>
          <w:lang w:val="nl-NL"/>
        </w:rPr>
        <w:t xml:space="preserve"> en waarom heb je interesse om deze job te doen?</w:t>
      </w:r>
    </w:p>
    <w:p w14:paraId="1BC1B3E7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711F70D1" w14:textId="77777777" w:rsidR="00AB3F65" w:rsidRDefault="00AB3F65" w:rsidP="00AB3F65">
      <w:pPr>
        <w:spacing w:after="0" w:line="240" w:lineRule="auto"/>
        <w:rPr>
          <w:rFonts w:cs="Arial"/>
          <w:lang w:val="nl-NL"/>
        </w:rPr>
      </w:pPr>
    </w:p>
    <w:p w14:paraId="5E380234" w14:textId="77777777" w:rsidR="00264945" w:rsidRDefault="00264945" w:rsidP="00AB3F65">
      <w:pPr>
        <w:keepLines/>
        <w:spacing w:after="160"/>
        <w:rPr>
          <w:rFonts w:cs="Arial"/>
          <w:lang w:val="nl-NL"/>
        </w:rPr>
      </w:pPr>
      <w:r w:rsidRPr="00AB3F65">
        <w:rPr>
          <w:rFonts w:cs="Arial"/>
          <w:lang w:val="nl-NL"/>
        </w:rPr>
        <w:t>Wat doe je graag in je vrije tijd? Heb je bepaalde hobby’s, interesses of activiteiten</w:t>
      </w:r>
      <w:r w:rsidR="000B7FFC" w:rsidRPr="00AB3F65">
        <w:rPr>
          <w:rFonts w:cs="Arial"/>
          <w:lang w:val="nl-NL"/>
        </w:rPr>
        <w:t xml:space="preserve"> die belangrijk zijn voor jou</w:t>
      </w:r>
      <w:r w:rsidRPr="00AB3F65">
        <w:rPr>
          <w:rFonts w:cs="Arial"/>
          <w:lang w:val="nl-NL"/>
        </w:rPr>
        <w:t>?</w:t>
      </w:r>
    </w:p>
    <w:p w14:paraId="25B95D88" w14:textId="77777777" w:rsidR="00847C44" w:rsidRDefault="00847C44" w:rsidP="00AB3F65">
      <w:pPr>
        <w:spacing w:after="0" w:line="240" w:lineRule="auto"/>
        <w:rPr>
          <w:rFonts w:cs="Arial"/>
          <w:lang w:val="nl-NL"/>
        </w:rPr>
      </w:pPr>
    </w:p>
    <w:p w14:paraId="5345FFAC" w14:textId="77777777" w:rsidR="00847C44" w:rsidRDefault="00847C44" w:rsidP="00AB3F65">
      <w:pPr>
        <w:spacing w:after="0" w:line="240" w:lineRule="auto"/>
        <w:rPr>
          <w:rFonts w:cs="Arial"/>
          <w:lang w:val="nl-NL"/>
        </w:rPr>
      </w:pPr>
    </w:p>
    <w:p w14:paraId="3F6E5E73" w14:textId="77777777" w:rsidR="00847C44" w:rsidRPr="00AB3F65" w:rsidRDefault="00847C44" w:rsidP="00AB3F65">
      <w:pPr>
        <w:spacing w:after="0" w:line="240" w:lineRule="auto"/>
        <w:rPr>
          <w:rFonts w:cs="Arial"/>
          <w:lang w:val="nl-NL"/>
        </w:rPr>
      </w:pPr>
    </w:p>
    <w:p w14:paraId="4780EE2E" w14:textId="77777777" w:rsidR="00BB4F8C" w:rsidRPr="00BB4F8C" w:rsidRDefault="00BB4F8C">
      <w:pPr>
        <w:rPr>
          <w:rFonts w:eastAsiaTheme="majorEastAsia" w:cs="Arial"/>
          <w:color w:val="1A9AA0"/>
          <w:sz w:val="32"/>
          <w:szCs w:val="32"/>
          <w:lang w:val="nl-NL"/>
        </w:rPr>
      </w:pPr>
      <w:r w:rsidRPr="00BB4F8C">
        <w:rPr>
          <w:rFonts w:cs="Arial"/>
          <w:b/>
          <w:bCs/>
          <w:color w:val="1A9AA0"/>
          <w:sz w:val="32"/>
          <w:szCs w:val="32"/>
          <w:lang w:val="nl-NL"/>
        </w:rPr>
        <w:br w:type="page"/>
      </w:r>
    </w:p>
    <w:p w14:paraId="082A2A03" w14:textId="0436DB1F" w:rsidR="000C320A" w:rsidRPr="00273618" w:rsidRDefault="008B04D0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lastRenderedPageBreak/>
        <w:t>II. Motivatie</w:t>
      </w:r>
    </w:p>
    <w:p w14:paraId="549A6C76" w14:textId="77777777" w:rsidR="00DF151C" w:rsidRDefault="00364638" w:rsidP="00DF151C">
      <w:pPr>
        <w:keepLines/>
        <w:spacing w:after="160"/>
        <w:rPr>
          <w:rFonts w:cs="Arial"/>
          <w:color w:val="000000" w:themeColor="text1"/>
          <w:lang w:val="nl-NL"/>
        </w:rPr>
      </w:pPr>
      <w:r w:rsidRPr="00E62F7E">
        <w:rPr>
          <w:rFonts w:cs="Arial"/>
          <w:lang w:val="nl-NL"/>
        </w:rPr>
        <w:t xml:space="preserve">Wat spreekt je aan in onze </w:t>
      </w:r>
      <w:r w:rsidR="00E15E99" w:rsidRPr="00E62F7E">
        <w:rPr>
          <w:rFonts w:cs="Arial"/>
          <w:lang w:val="nl-NL"/>
        </w:rPr>
        <w:t xml:space="preserve">organisatie </w:t>
      </w:r>
      <w:r w:rsidRPr="00E62F7E">
        <w:rPr>
          <w:rFonts w:cs="Arial"/>
          <w:lang w:val="nl-NL"/>
        </w:rPr>
        <w:t>en waarom wil je graag bij ons werken?</w:t>
      </w:r>
    </w:p>
    <w:p w14:paraId="433FCD9F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01C0360A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45E5D8FA" w14:textId="77777777" w:rsidR="00DF151C" w:rsidRDefault="00591AEF" w:rsidP="00DF151C">
      <w:pPr>
        <w:keepLines/>
        <w:spacing w:after="160"/>
        <w:rPr>
          <w:rFonts w:cs="Arial"/>
          <w:color w:val="000000" w:themeColor="text1"/>
          <w:lang w:val="nl-NL"/>
        </w:rPr>
      </w:pPr>
      <w:r w:rsidRPr="00DF151C">
        <w:rPr>
          <w:rFonts w:cs="Arial"/>
          <w:lang w:val="nl-NL"/>
        </w:rPr>
        <w:t>Wat trekt je aan in de job van huishoudhulp?</w:t>
      </w:r>
    </w:p>
    <w:p w14:paraId="1DC1C345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2D6CED62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46DB8EBC" w14:textId="77777777" w:rsidR="00DF151C" w:rsidRDefault="00AF2F99" w:rsidP="00DF151C">
      <w:pPr>
        <w:keepLines/>
        <w:spacing w:after="160"/>
        <w:rPr>
          <w:rFonts w:cs="Arial"/>
          <w:color w:val="000000" w:themeColor="text1"/>
          <w:lang w:val="nl-NL"/>
        </w:rPr>
      </w:pPr>
      <w:r w:rsidRPr="00DF151C">
        <w:rPr>
          <w:rFonts w:cs="Arial"/>
          <w:lang w:val="nl-NL"/>
        </w:rPr>
        <w:t>Waarom kies je voor de job als huishoudhulp?</w:t>
      </w:r>
    </w:p>
    <w:p w14:paraId="6FFF9CBC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3C2CBB5A" w14:textId="77777777" w:rsidR="00DF151C" w:rsidRDefault="00DF151C" w:rsidP="00DF151C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1B1C4AA2" w14:textId="77777777" w:rsidR="00AF2F99" w:rsidRPr="00DF151C" w:rsidRDefault="00AF2F99" w:rsidP="00DF151C">
      <w:pPr>
        <w:keepLines/>
        <w:spacing w:after="160"/>
        <w:rPr>
          <w:rFonts w:cs="Arial"/>
          <w:color w:val="000000" w:themeColor="text1"/>
          <w:lang w:val="nl-NL"/>
        </w:rPr>
      </w:pPr>
      <w:r w:rsidRPr="00DF151C">
        <w:rPr>
          <w:rFonts w:cs="Arial"/>
          <w:lang w:val="nl-NL"/>
        </w:rPr>
        <w:t>Welke taken verwacht je?</w:t>
      </w:r>
    </w:p>
    <w:p w14:paraId="2767E1A6" w14:textId="77777777" w:rsidR="00AF2F99" w:rsidRPr="008C3FEE" w:rsidRDefault="00AF2F99" w:rsidP="00AF2F99">
      <w:pPr>
        <w:spacing w:after="0" w:line="240" w:lineRule="auto"/>
        <w:rPr>
          <w:rFonts w:cs="Arial"/>
          <w:lang w:val="nl-NL"/>
        </w:rPr>
      </w:pPr>
    </w:p>
    <w:p w14:paraId="57486B01" w14:textId="77777777" w:rsidR="00591AEF" w:rsidRPr="00DF151C" w:rsidRDefault="00591AEF" w:rsidP="00591AEF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III. Kwaliteiten</w:t>
      </w:r>
    </w:p>
    <w:p w14:paraId="103DED11" w14:textId="77777777" w:rsidR="00591AEF" w:rsidRPr="00DF151C" w:rsidRDefault="00591AEF" w:rsidP="00DF151C">
      <w:pPr>
        <w:keepLines/>
        <w:spacing w:after="160"/>
        <w:rPr>
          <w:rFonts w:cs="Arial"/>
          <w:lang w:val="nl-NL"/>
        </w:rPr>
      </w:pPr>
      <w:r w:rsidRPr="00DF151C">
        <w:rPr>
          <w:rFonts w:cs="Arial"/>
          <w:lang w:val="nl-NL"/>
        </w:rPr>
        <w:t>Welke eigenschappen vind jij belangrijk om een goede huishoudhulp te zijn?</w:t>
      </w:r>
    </w:p>
    <w:p w14:paraId="32BC67A3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Betrouwbaarheid</w:t>
      </w:r>
    </w:p>
    <w:p w14:paraId="00E0B67B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Stiptheid</w:t>
      </w:r>
    </w:p>
    <w:p w14:paraId="47C52D21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Motivatie/engagement</w:t>
      </w:r>
    </w:p>
    <w:p w14:paraId="7261176A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Respect/discretie</w:t>
      </w:r>
    </w:p>
    <w:p w14:paraId="11CC2D4E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Organisatie</w:t>
      </w:r>
    </w:p>
    <w:p w14:paraId="60F2BD1C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Zelfstandigheid</w:t>
      </w:r>
    </w:p>
    <w:p w14:paraId="5B4DC8B7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Dienstverlenende houding</w:t>
      </w:r>
    </w:p>
    <w:p w14:paraId="521A03C0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Communicatie</w:t>
      </w:r>
    </w:p>
    <w:p w14:paraId="4B0EAC79" w14:textId="77777777" w:rsidR="00730865" w:rsidRDefault="008B04D0" w:rsidP="00232A9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Flexibiliteit</w:t>
      </w:r>
    </w:p>
    <w:p w14:paraId="0CFB81FD" w14:textId="77777777" w:rsidR="00232A9A" w:rsidRPr="00847C44" w:rsidRDefault="008B04D0" w:rsidP="00847C44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□ Andere: </w:t>
      </w:r>
    </w:p>
    <w:p w14:paraId="27B68D32" w14:textId="77777777" w:rsidR="00232A9A" w:rsidRDefault="001B4AF8" w:rsidP="00730865">
      <w:pPr>
        <w:keepLines/>
        <w:spacing w:after="160"/>
        <w:rPr>
          <w:rFonts w:cs="Arial"/>
          <w:lang w:val="nl-NL"/>
        </w:rPr>
      </w:pPr>
      <w:r w:rsidRPr="00730865">
        <w:rPr>
          <w:rFonts w:cs="Arial"/>
          <w:lang w:val="nl-NL"/>
        </w:rPr>
        <w:t xml:space="preserve">Welke van deze eigenschappen passen volgens jou het best bij jou? Kan je een concreet voorbeeld geven waaruit dat blijkt? </w:t>
      </w:r>
    </w:p>
    <w:p w14:paraId="2153792E" w14:textId="77777777" w:rsidR="00232A9A" w:rsidRDefault="00232A9A" w:rsidP="00730865">
      <w:pPr>
        <w:spacing w:after="0" w:line="240" w:lineRule="auto"/>
        <w:rPr>
          <w:rFonts w:cs="Arial"/>
          <w:lang w:val="nl-NL"/>
        </w:rPr>
      </w:pPr>
    </w:p>
    <w:p w14:paraId="1A5C8E2A" w14:textId="77777777" w:rsidR="00847C44" w:rsidRPr="00730865" w:rsidRDefault="00847C44" w:rsidP="00730865">
      <w:pPr>
        <w:spacing w:after="0" w:line="240" w:lineRule="auto"/>
        <w:rPr>
          <w:rFonts w:cs="Arial"/>
          <w:lang w:val="nl-NL"/>
        </w:rPr>
      </w:pPr>
    </w:p>
    <w:p w14:paraId="6BC69A6D" w14:textId="77777777" w:rsidR="001B4AF8" w:rsidRDefault="00822AAB" w:rsidP="00232A9A">
      <w:pPr>
        <w:keepLines/>
        <w:spacing w:after="160"/>
        <w:rPr>
          <w:rFonts w:cs="Arial"/>
          <w:color w:val="auto"/>
          <w:lang w:val="nl-NL"/>
        </w:rPr>
      </w:pPr>
      <w:r w:rsidRPr="008C3FEE">
        <w:rPr>
          <w:rFonts w:cs="Arial"/>
          <w:lang w:val="nl-NL"/>
        </w:rPr>
        <w:t>Is er iets waarin je jezelf nog verder wil ontwikkelen of waarin je graag ondersteuning of opleiding zou krijgen?</w:t>
      </w:r>
    </w:p>
    <w:p w14:paraId="3D1F3824" w14:textId="77777777" w:rsidR="00232A9A" w:rsidRDefault="00232A9A" w:rsidP="00232A9A">
      <w:pPr>
        <w:spacing w:after="0" w:line="240" w:lineRule="auto"/>
        <w:rPr>
          <w:lang w:val="nl-NL"/>
        </w:rPr>
      </w:pPr>
    </w:p>
    <w:p w14:paraId="71B99052" w14:textId="77777777" w:rsidR="00232A9A" w:rsidRPr="00232A9A" w:rsidRDefault="00232A9A" w:rsidP="00232A9A">
      <w:pPr>
        <w:spacing w:after="0" w:line="240" w:lineRule="auto"/>
        <w:rPr>
          <w:lang w:val="nl-NL"/>
        </w:rPr>
      </w:pPr>
    </w:p>
    <w:p w14:paraId="5E729571" w14:textId="77777777" w:rsidR="005523A5" w:rsidRDefault="005523A5">
      <w:pPr>
        <w:rPr>
          <w:rFonts w:eastAsiaTheme="majorEastAsia" w:cs="Arial"/>
          <w:color w:val="1A9AA0"/>
          <w:sz w:val="32"/>
          <w:szCs w:val="32"/>
          <w:lang w:val="nl-NL"/>
        </w:rPr>
      </w:pPr>
      <w:r>
        <w:rPr>
          <w:rFonts w:cs="Arial"/>
          <w:b/>
          <w:bCs/>
          <w:color w:val="1A9AA0"/>
          <w:sz w:val="32"/>
          <w:szCs w:val="32"/>
          <w:lang w:val="nl-NL"/>
        </w:rPr>
        <w:br w:type="page"/>
      </w:r>
    </w:p>
    <w:p w14:paraId="76E2926C" w14:textId="3B58F317" w:rsidR="000C320A" w:rsidRPr="00325A61" w:rsidRDefault="00AF522E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lastRenderedPageBreak/>
        <w:t>IV. Klantenrelatie</w:t>
      </w:r>
    </w:p>
    <w:p w14:paraId="6D182428" w14:textId="77777777" w:rsidR="00325A61" w:rsidRDefault="00325A61" w:rsidP="00325A61">
      <w:pPr>
        <w:spacing w:after="0" w:line="240" w:lineRule="auto"/>
        <w:rPr>
          <w:rFonts w:cs="Arial"/>
          <w:lang w:val="nl-NL"/>
        </w:rPr>
      </w:pPr>
    </w:p>
    <w:p w14:paraId="522FF429" w14:textId="77777777" w:rsidR="00D20D9B" w:rsidRPr="00325A61" w:rsidRDefault="0016508B" w:rsidP="00325A61">
      <w:pPr>
        <w:keepLines/>
        <w:spacing w:after="160"/>
        <w:rPr>
          <w:rFonts w:cs="Arial"/>
          <w:lang w:val="nl-NL"/>
        </w:rPr>
      </w:pPr>
      <w:r w:rsidRPr="00325A61">
        <w:rPr>
          <w:rFonts w:cs="Arial"/>
          <w:lang w:val="nl-NL"/>
        </w:rPr>
        <w:t>Kan je een voorbeeld geven van een situatie waarin je iemand geholpen of een klant verder geholpen hebt? Hoe heb je dat aangepakt?</w:t>
      </w:r>
    </w:p>
    <w:p w14:paraId="14B6BCD0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41762AF7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6D5B106E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59924FD5" w14:textId="77777777" w:rsidR="00D20D9B" w:rsidRPr="00012057" w:rsidRDefault="00D20D9B" w:rsidP="00012057">
      <w:pPr>
        <w:keepLines/>
        <w:spacing w:after="160"/>
        <w:rPr>
          <w:rFonts w:cs="Arial"/>
          <w:lang w:val="nl-NL"/>
        </w:rPr>
      </w:pPr>
      <w:r w:rsidRPr="00012057">
        <w:rPr>
          <w:rFonts w:cs="Arial"/>
          <w:lang w:val="nl-NL"/>
        </w:rPr>
        <w:t>Hoe zou je reageren als een klant jou vertelt dat hij niet tevreden is van je werk?</w:t>
      </w:r>
    </w:p>
    <w:p w14:paraId="5D0D9297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6CBDA07E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41C2E25B" w14:textId="77777777" w:rsidR="00012057" w:rsidRDefault="00012057" w:rsidP="00012057">
      <w:pPr>
        <w:spacing w:after="0" w:line="240" w:lineRule="auto"/>
        <w:rPr>
          <w:rFonts w:cs="Arial"/>
          <w:lang w:val="nl-NL"/>
        </w:rPr>
      </w:pPr>
    </w:p>
    <w:p w14:paraId="6C729C24" w14:textId="77777777" w:rsidR="0016508B" w:rsidRPr="00012057" w:rsidRDefault="0016508B" w:rsidP="00012057">
      <w:pPr>
        <w:keepLines/>
        <w:spacing w:after="160"/>
        <w:rPr>
          <w:rFonts w:cs="Arial"/>
          <w:lang w:val="nl-NL"/>
        </w:rPr>
      </w:pPr>
      <w:r w:rsidRPr="00012057">
        <w:rPr>
          <w:rFonts w:cs="Arial"/>
          <w:lang w:val="nl-NL"/>
        </w:rPr>
        <w:t>Een klant vraagt je om iets extra te doen dat niet afgesproken of gepland was. Hoe zou je daarop reageren?</w:t>
      </w:r>
    </w:p>
    <w:p w14:paraId="03DCFE2D" w14:textId="77777777" w:rsidR="00E73373" w:rsidRPr="008C3FEE" w:rsidRDefault="00E73373" w:rsidP="00E73373">
      <w:pPr>
        <w:spacing w:after="0" w:line="240" w:lineRule="auto"/>
        <w:rPr>
          <w:rFonts w:cs="Arial"/>
          <w:lang w:val="nl-NL"/>
        </w:rPr>
      </w:pPr>
    </w:p>
    <w:p w14:paraId="500FC9CE" w14:textId="77777777" w:rsidR="00BB5F11" w:rsidRDefault="00BB5F11" w:rsidP="00EF7CFE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08BDCC4A" w14:textId="77777777" w:rsidR="00BB5F11" w:rsidRDefault="00BB5F11" w:rsidP="00EF7CFE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7452EE4C" w14:textId="77777777" w:rsidR="006411DE" w:rsidRPr="00EF7CFE" w:rsidRDefault="00E73373" w:rsidP="00EF7CFE">
      <w:pPr>
        <w:keepLines/>
        <w:spacing w:after="160"/>
        <w:rPr>
          <w:rFonts w:cs="Arial"/>
          <w:color w:val="000000" w:themeColor="text1"/>
          <w:lang w:val="nl-NL"/>
        </w:rPr>
      </w:pPr>
      <w:r w:rsidRPr="00EF7CFE">
        <w:rPr>
          <w:rFonts w:cs="Arial"/>
          <w:lang w:val="nl-NL"/>
        </w:rPr>
        <w:t>Wat doe je als je sneller klaar bent dan verwacht?</w:t>
      </w:r>
    </w:p>
    <w:p w14:paraId="2C8CDB63" w14:textId="77777777" w:rsidR="00BB5F11" w:rsidRPr="00BB4F8C" w:rsidRDefault="00BB5F11" w:rsidP="00BB5F11">
      <w:pPr>
        <w:spacing w:after="0" w:line="240" w:lineRule="auto"/>
        <w:rPr>
          <w:rStyle w:val="cf01"/>
          <w:rFonts w:ascii="Arial" w:hAnsi="Arial" w:cs="Arial"/>
          <w:color w:val="000000" w:themeColor="text1"/>
          <w:sz w:val="22"/>
          <w:szCs w:val="22"/>
          <w:lang w:val="nl-NL"/>
        </w:rPr>
      </w:pPr>
    </w:p>
    <w:p w14:paraId="32C92F85" w14:textId="77777777" w:rsidR="00BB5F11" w:rsidRPr="00BB4F8C" w:rsidRDefault="00BB5F11" w:rsidP="00BB5F11">
      <w:pPr>
        <w:spacing w:after="0" w:line="240" w:lineRule="auto"/>
        <w:rPr>
          <w:rStyle w:val="cf01"/>
          <w:rFonts w:ascii="Arial" w:hAnsi="Arial" w:cs="Arial"/>
          <w:color w:val="000000" w:themeColor="text1"/>
          <w:sz w:val="22"/>
          <w:szCs w:val="22"/>
          <w:lang w:val="nl-NL"/>
        </w:rPr>
      </w:pPr>
    </w:p>
    <w:p w14:paraId="6B30D0E3" w14:textId="77777777" w:rsidR="00BB5F11" w:rsidRPr="00BB4F8C" w:rsidRDefault="00BB5F11" w:rsidP="00BB5F11">
      <w:pPr>
        <w:spacing w:after="0" w:line="240" w:lineRule="auto"/>
        <w:rPr>
          <w:rStyle w:val="cf01"/>
          <w:rFonts w:ascii="Arial" w:hAnsi="Arial" w:cs="Arial"/>
          <w:color w:val="000000" w:themeColor="text1"/>
          <w:sz w:val="22"/>
          <w:szCs w:val="22"/>
          <w:lang w:val="nl-NL"/>
        </w:rPr>
      </w:pPr>
    </w:p>
    <w:p w14:paraId="4ACA90EC" w14:textId="77777777" w:rsidR="006411DE" w:rsidRPr="00BB4F8C" w:rsidRDefault="006411DE" w:rsidP="00BB5F11">
      <w:pPr>
        <w:keepLines/>
        <w:spacing w:after="160"/>
        <w:rPr>
          <w:rFonts w:cs="Arial"/>
          <w:color w:val="000000" w:themeColor="text1"/>
          <w:lang w:val="nl-NL"/>
        </w:rPr>
      </w:pPr>
      <w:r w:rsidRPr="00BB4F8C">
        <w:rPr>
          <w:rStyle w:val="cf01"/>
          <w:rFonts w:ascii="Arial" w:hAnsi="Arial" w:cs="Arial"/>
          <w:sz w:val="22"/>
          <w:szCs w:val="22"/>
          <w:lang w:val="nl-NL"/>
        </w:rPr>
        <w:t xml:space="preserve">Vertel over een moeilijke situatie op je werk en hoe je die hebt opgelost. </w:t>
      </w:r>
    </w:p>
    <w:p w14:paraId="58267C55" w14:textId="77777777" w:rsidR="00E73373" w:rsidRDefault="00E73373" w:rsidP="00E73373">
      <w:pPr>
        <w:spacing w:after="0" w:line="240" w:lineRule="auto"/>
        <w:rPr>
          <w:rFonts w:cs="Arial"/>
          <w:color w:val="087990"/>
          <w:sz w:val="28"/>
          <w:szCs w:val="28"/>
          <w:lang w:val="nl-NL"/>
        </w:rPr>
      </w:pPr>
    </w:p>
    <w:p w14:paraId="577CB779" w14:textId="77777777" w:rsidR="00A94E17" w:rsidRPr="00785A0D" w:rsidRDefault="00A94E17" w:rsidP="00E73373">
      <w:pPr>
        <w:spacing w:after="0" w:line="240" w:lineRule="auto"/>
        <w:rPr>
          <w:rFonts w:cs="Arial"/>
          <w:color w:val="087990"/>
          <w:sz w:val="28"/>
          <w:szCs w:val="28"/>
          <w:lang w:val="nl-NL"/>
        </w:rPr>
      </w:pPr>
    </w:p>
    <w:p w14:paraId="66977AB1" w14:textId="77777777" w:rsidR="000C320A" w:rsidRPr="00785A0D" w:rsidRDefault="00785A0D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V. Competenties</w:t>
      </w:r>
    </w:p>
    <w:p w14:paraId="5C4ABB0E" w14:textId="77777777" w:rsidR="00D27582" w:rsidRPr="00785A0D" w:rsidRDefault="005A60BC" w:rsidP="00785A0D">
      <w:pPr>
        <w:keepLines/>
        <w:spacing w:after="160"/>
        <w:rPr>
          <w:rFonts w:cs="Arial"/>
          <w:lang w:val="nl-NL"/>
        </w:rPr>
      </w:pPr>
      <w:r w:rsidRPr="00785A0D">
        <w:rPr>
          <w:rFonts w:cs="Arial"/>
          <w:lang w:val="nl-NL"/>
        </w:rPr>
        <w:t xml:space="preserve">Heb je al ervaring met schoonmaak bij particulieren of in een professionele omgeving? </w:t>
      </w:r>
    </w:p>
    <w:p w14:paraId="39F6F15C" w14:textId="77777777" w:rsidR="00785A0D" w:rsidRDefault="008B04D0" w:rsidP="00CF39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□ Ja </w:t>
      </w:r>
    </w:p>
    <w:p w14:paraId="51963821" w14:textId="77777777" w:rsidR="000C320A" w:rsidRPr="008C3FEE" w:rsidRDefault="008B04D0" w:rsidP="00CF39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Nee</w:t>
      </w:r>
    </w:p>
    <w:p w14:paraId="0AF41E70" w14:textId="77777777" w:rsidR="00CA3261" w:rsidRPr="001E78D3" w:rsidRDefault="00CA3261" w:rsidP="00EF5609">
      <w:pPr>
        <w:pStyle w:val="Kop2"/>
        <w:spacing w:after="160"/>
        <w:rPr>
          <w:rFonts w:ascii="Arial" w:hAnsi="Arial" w:cs="Arial"/>
          <w:color w:val="087990"/>
          <w:sz w:val="28"/>
          <w:szCs w:val="28"/>
          <w:lang w:val="nl-NL"/>
        </w:rPr>
      </w:pPr>
      <w:r w:rsidRPr="001E78D3">
        <w:rPr>
          <w:rFonts w:ascii="Arial" w:hAnsi="Arial" w:cs="Arial"/>
          <w:color w:val="F39200"/>
          <w:lang w:val="nl-NL"/>
        </w:rPr>
        <w:t xml:space="preserve">Met welke taken heb je al ervaring?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139"/>
        <w:gridCol w:w="1327"/>
        <w:gridCol w:w="1474"/>
        <w:gridCol w:w="1570"/>
        <w:gridCol w:w="1560"/>
      </w:tblGrid>
      <w:tr w:rsidR="000C320A" w:rsidRPr="008C3FEE" w14:paraId="0A14BCD5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405700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Competentie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9566A34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Beginner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350024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Gemiddeld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534836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Goed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05FF02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Zeer goed</w:t>
            </w:r>
          </w:p>
        </w:tc>
      </w:tr>
      <w:tr w:rsidR="000C320A" w:rsidRPr="008C3FEE" w14:paraId="142DED27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9CE755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Algemeen onderhoud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638B50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E430F7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373058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469E26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2681A818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EFA060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Strijken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E846FC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F80FA8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7D7F45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88285F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04D67607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71A63A1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Ramen</w:t>
            </w:r>
            <w:r w:rsidR="00E44E5A" w:rsidRPr="008C3FEE">
              <w:rPr>
                <w:rFonts w:cs="Arial"/>
                <w:sz w:val="20"/>
              </w:rPr>
              <w:t xml:space="preserve"> wassen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6CF932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A0C79C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167A5A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607787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1FD49ACC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7A8EBC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Keuken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C291DF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62EE1B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555055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F7B482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130CAC82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434719" w14:textId="77777777" w:rsidR="000C320A" w:rsidRPr="008C3FEE" w:rsidRDefault="008B04D0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Sanitair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0B4C65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7E8F04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415B82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602F8A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02FF4CBF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42C440" w14:textId="77777777" w:rsidR="000C320A" w:rsidRPr="008C3FEE" w:rsidRDefault="00E44E5A">
            <w:pPr>
              <w:spacing w:after="60" w:line="252" w:lineRule="auto"/>
              <w:rPr>
                <w:rFonts w:cs="Arial"/>
                <w:lang w:val="nl-NL"/>
              </w:rPr>
            </w:pPr>
            <w:r w:rsidRPr="008C3FEE">
              <w:rPr>
                <w:rFonts w:cs="Arial"/>
                <w:sz w:val="20"/>
                <w:lang w:val="nl-NL"/>
              </w:rPr>
              <w:t>Materiaal correct gebruiken en onderhouden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46FC0F6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4A84EB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DA0641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2EF87A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  <w:tr w:rsidR="000C320A" w:rsidRPr="008C3FEE" w14:paraId="32529DB6" w14:textId="77777777" w:rsidTr="00494585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2FE892" w14:textId="77777777" w:rsidR="000C320A" w:rsidRPr="008C3FEE" w:rsidRDefault="00E44E5A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lastRenderedPageBreak/>
              <w:t>Schoonmaakproducten correct gebruiken</w:t>
            </w:r>
          </w:p>
        </w:tc>
        <w:tc>
          <w:tcPr>
            <w:tcW w:w="13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F9F0D3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47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6989995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7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48B52E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  <w:tc>
          <w:tcPr>
            <w:tcW w:w="15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5B8D8F" w14:textId="77777777" w:rsidR="000C320A" w:rsidRPr="008C3FEE" w:rsidRDefault="008B04D0" w:rsidP="00263339">
            <w:pPr>
              <w:spacing w:after="60" w:line="252" w:lineRule="auto"/>
              <w:jc w:val="center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□</w:t>
            </w:r>
          </w:p>
        </w:tc>
      </w:tr>
    </w:tbl>
    <w:p w14:paraId="26792536" w14:textId="77777777" w:rsidR="001E78D3" w:rsidRDefault="001E78D3" w:rsidP="001E78D3">
      <w:pPr>
        <w:spacing w:after="0" w:line="240" w:lineRule="auto"/>
        <w:rPr>
          <w:rFonts w:cs="Arial"/>
          <w:lang w:val="nl-NL"/>
        </w:rPr>
      </w:pPr>
    </w:p>
    <w:p w14:paraId="10955725" w14:textId="77777777" w:rsidR="00565F89" w:rsidRDefault="00744266" w:rsidP="001E78D3">
      <w:pPr>
        <w:keepLines/>
        <w:spacing w:after="160"/>
        <w:rPr>
          <w:rFonts w:cs="Arial"/>
          <w:lang w:val="nl-NL"/>
        </w:rPr>
      </w:pPr>
      <w:r w:rsidRPr="001E78D3">
        <w:rPr>
          <w:rFonts w:cs="Arial"/>
          <w:lang w:val="nl-NL"/>
        </w:rPr>
        <w:t>Welke huishoudelijke taken doe je het liefst?</w:t>
      </w:r>
      <w:r w:rsidR="006545DD" w:rsidRPr="001E78D3">
        <w:rPr>
          <w:rFonts w:cs="Arial"/>
          <w:lang w:val="nl-NL"/>
        </w:rPr>
        <w:t xml:space="preserve"> Welke vind je minder leuk en waarom?</w:t>
      </w:r>
    </w:p>
    <w:p w14:paraId="4C3CE7B4" w14:textId="77777777" w:rsidR="00565F89" w:rsidRDefault="00565F89" w:rsidP="001E78D3">
      <w:pPr>
        <w:spacing w:after="0" w:line="240" w:lineRule="auto"/>
        <w:rPr>
          <w:rFonts w:cs="Arial"/>
          <w:lang w:val="nl-NL"/>
        </w:rPr>
      </w:pPr>
    </w:p>
    <w:p w14:paraId="5791C63F" w14:textId="77777777" w:rsidR="00565F89" w:rsidRDefault="00565F89" w:rsidP="001E78D3">
      <w:pPr>
        <w:spacing w:after="0" w:line="240" w:lineRule="auto"/>
        <w:rPr>
          <w:rFonts w:cs="Arial"/>
          <w:lang w:val="nl-NL"/>
        </w:rPr>
      </w:pPr>
    </w:p>
    <w:p w14:paraId="0E6F4145" w14:textId="77777777" w:rsidR="00744266" w:rsidRPr="001E78D3" w:rsidRDefault="00744266" w:rsidP="001E78D3">
      <w:pPr>
        <w:keepLines/>
        <w:spacing w:after="160"/>
        <w:rPr>
          <w:rFonts w:cs="Arial"/>
          <w:lang w:val="nl-NL"/>
        </w:rPr>
      </w:pPr>
      <w:r w:rsidRPr="001E78D3">
        <w:rPr>
          <w:rFonts w:cs="Arial"/>
          <w:lang w:val="nl-NL"/>
        </w:rPr>
        <w:t>Zijn er bepaalde taken die je nog niet goed kent, maar die je graag zou willen leren?</w:t>
      </w:r>
    </w:p>
    <w:p w14:paraId="5D27BA7F" w14:textId="77777777" w:rsidR="005F42D2" w:rsidRDefault="005F42D2" w:rsidP="005F42D2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582A9073" w14:textId="77777777" w:rsidR="005F42D2" w:rsidRDefault="005F42D2" w:rsidP="005F42D2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73F45E58" w14:textId="77777777" w:rsidR="00C657FB" w:rsidRDefault="00C657FB" w:rsidP="005F42D2">
      <w:pPr>
        <w:keepLines/>
        <w:spacing w:after="160"/>
        <w:rPr>
          <w:rFonts w:cs="Arial"/>
          <w:lang w:val="nl-NL"/>
        </w:rPr>
      </w:pPr>
      <w:r w:rsidRPr="005F42D2">
        <w:rPr>
          <w:rFonts w:cs="Arial"/>
          <w:lang w:val="nl-NL"/>
        </w:rPr>
        <w:t>Hoe pak je het schoonmaken van een badkamer aan?</w:t>
      </w:r>
    </w:p>
    <w:p w14:paraId="6AB6E54E" w14:textId="77777777" w:rsidR="00263339" w:rsidRPr="005F42D2" w:rsidRDefault="00263339" w:rsidP="005F42D2">
      <w:pPr>
        <w:keepLines/>
        <w:spacing w:after="160"/>
        <w:rPr>
          <w:rFonts w:cs="Arial"/>
          <w:color w:val="000000" w:themeColor="text1"/>
          <w:lang w:val="nl-NL"/>
        </w:rPr>
      </w:pPr>
    </w:p>
    <w:p w14:paraId="00D45C9E" w14:textId="77777777" w:rsidR="002A65CD" w:rsidRDefault="002A65CD" w:rsidP="005F42D2">
      <w:pPr>
        <w:spacing w:after="0" w:line="240" w:lineRule="auto"/>
        <w:rPr>
          <w:rFonts w:cs="Arial"/>
          <w:color w:val="000000" w:themeColor="text1"/>
          <w:lang w:val="nl-NL"/>
        </w:rPr>
      </w:pPr>
    </w:p>
    <w:p w14:paraId="6DF1DC9B" w14:textId="77777777" w:rsidR="00C657FB" w:rsidRDefault="00C657FB" w:rsidP="005F42D2">
      <w:pPr>
        <w:keepLines/>
        <w:spacing w:after="160"/>
        <w:rPr>
          <w:rFonts w:cs="Arial"/>
          <w:color w:val="000000" w:themeColor="text1"/>
          <w:lang w:val="nl-NL"/>
        </w:rPr>
      </w:pPr>
      <w:r w:rsidRPr="005F42D2">
        <w:rPr>
          <w:rFonts w:cs="Arial"/>
          <w:lang w:val="nl-NL"/>
        </w:rPr>
        <w:t>Welke schoonmaakproducten ken je?</w:t>
      </w:r>
    </w:p>
    <w:p w14:paraId="72A923E3" w14:textId="77777777" w:rsidR="00693508" w:rsidRPr="002402DC" w:rsidRDefault="00693508" w:rsidP="005F42D2">
      <w:pPr>
        <w:spacing w:after="0" w:line="240" w:lineRule="auto"/>
        <w:rPr>
          <w:rFonts w:cs="Arial"/>
          <w:color w:val="087990"/>
          <w:sz w:val="28"/>
          <w:szCs w:val="28"/>
          <w:lang w:val="nl-NL"/>
        </w:rPr>
      </w:pPr>
    </w:p>
    <w:p w14:paraId="5DD2B153" w14:textId="77777777" w:rsidR="009B71BD" w:rsidRPr="002402DC" w:rsidRDefault="002402DC" w:rsidP="009B71BD">
      <w:pPr>
        <w:pStyle w:val="Kop1"/>
        <w:spacing w:before="320" w:after="160"/>
        <w:rPr>
          <w:rFonts w:ascii="Arial" w:eastAsia="Times New Roman" w:hAnsi="Arial" w:cs="Arial"/>
          <w:color w:val="087990"/>
          <w:sz w:val="44"/>
          <w:szCs w:val="44"/>
          <w:lang w:val="nl-NL" w:eastAsia="fr-BE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VI. Opleiding en ontwikkeling van vaardigheden</w:t>
      </w:r>
    </w:p>
    <w:p w14:paraId="76E9B2B6" w14:textId="77777777" w:rsidR="00EC67CA" w:rsidRPr="008C3FEE" w:rsidRDefault="00EC67CA" w:rsidP="009B71BD">
      <w:pPr>
        <w:keepLines/>
        <w:spacing w:after="160"/>
        <w:rPr>
          <w:rFonts w:eastAsia="Times New Roman" w:cs="Arial"/>
          <w:lang w:val="nl-NL" w:eastAsia="fr-BE"/>
        </w:rPr>
      </w:pPr>
      <w:r w:rsidRPr="008C3FEE">
        <w:rPr>
          <w:rFonts w:cs="Arial"/>
          <w:lang w:val="nl-NL" w:eastAsia="fr-BE"/>
        </w:rPr>
        <w:t>Heb je al opleidingen gevolgd die aansluiten bij de job als huishoudhulp?</w:t>
      </w:r>
    </w:p>
    <w:p w14:paraId="7E79F017" w14:textId="77777777" w:rsidR="009B71BD" w:rsidRPr="008C3FEE" w:rsidRDefault="009B71BD" w:rsidP="00CF392A">
      <w:pPr>
        <w:keepLines/>
        <w:spacing w:after="160"/>
        <w:rPr>
          <w:rFonts w:eastAsia="Times New Roman" w:cs="Arial"/>
          <w:lang w:val="nl-NL" w:eastAsia="fr-BE"/>
        </w:rPr>
      </w:pPr>
      <w:r w:rsidRPr="008C3FEE">
        <w:rPr>
          <w:rFonts w:cs="Arial"/>
          <w:lang w:val="nl-NL" w:eastAsia="fr-BE"/>
        </w:rPr>
        <w:t xml:space="preserve">□ </w:t>
      </w:r>
      <w:r w:rsidR="00700C42" w:rsidRPr="008C3FEE">
        <w:rPr>
          <w:rFonts w:cs="Arial"/>
          <w:lang w:val="nl-NL" w:eastAsia="fr-BE"/>
        </w:rPr>
        <w:t>Ja</w:t>
      </w:r>
      <w:r w:rsidRPr="008C3FEE">
        <w:rPr>
          <w:rFonts w:cs="Arial"/>
          <w:lang w:val="nl-NL" w:eastAsia="fr-BE"/>
        </w:rPr>
        <w:br/>
        <w:t>□ N</w:t>
      </w:r>
      <w:r w:rsidR="00700C42" w:rsidRPr="008C3FEE">
        <w:rPr>
          <w:rFonts w:cs="Arial"/>
          <w:lang w:val="nl-NL" w:eastAsia="fr-BE"/>
        </w:rPr>
        <w:t>ee</w:t>
      </w:r>
    </w:p>
    <w:p w14:paraId="26FCABDA" w14:textId="77777777" w:rsidR="002A65CD" w:rsidRDefault="00EC67CA" w:rsidP="009B71BD">
      <w:pPr>
        <w:keepLines/>
        <w:spacing w:after="160"/>
        <w:rPr>
          <w:rFonts w:eastAsia="Times New Roman" w:cs="Arial"/>
          <w:lang w:val="nl-NL" w:eastAsia="fr-BE"/>
        </w:rPr>
      </w:pPr>
      <w:r w:rsidRPr="008C3FEE">
        <w:rPr>
          <w:rFonts w:cs="Arial"/>
          <w:lang w:val="nl-NL" w:eastAsia="fr-BE"/>
        </w:rPr>
        <w:t>Zo ja, welke?</w:t>
      </w:r>
    </w:p>
    <w:p w14:paraId="465989A9" w14:textId="77777777" w:rsidR="002A65CD" w:rsidRPr="008C3FEE" w:rsidRDefault="002A65CD" w:rsidP="009B71BD">
      <w:pPr>
        <w:spacing w:after="0" w:line="240" w:lineRule="auto"/>
        <w:rPr>
          <w:rFonts w:eastAsia="Times New Roman" w:cs="Arial"/>
          <w:lang w:val="nl-NL" w:eastAsia="fr-BE"/>
        </w:rPr>
      </w:pPr>
    </w:p>
    <w:p w14:paraId="7402EC76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Heb je al een opleiding gevolgd rond één of meerdere van onderstaande thema’s?</w:t>
      </w:r>
    </w:p>
    <w:p w14:paraId="2F36636E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Schoonmaaktechnieken</w:t>
      </w:r>
    </w:p>
    <w:p w14:paraId="5491307A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Gebruik van schoonmaakproducten</w:t>
      </w:r>
    </w:p>
    <w:p w14:paraId="60FD9707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Hygiëne en veiligheid</w:t>
      </w:r>
    </w:p>
    <w:p w14:paraId="7B97D828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Ergonomie / voorkomen van risico’s</w:t>
      </w:r>
    </w:p>
    <w:p w14:paraId="0B4C76F6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Strijken en onderhoud van kleding en linnengoed</w:t>
      </w:r>
    </w:p>
    <w:p w14:paraId="0F7C7BBC" w14:textId="77777777" w:rsidR="00EC67CA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Klantencontact / soft skills</w:t>
      </w:r>
    </w:p>
    <w:p w14:paraId="35A38FE6" w14:textId="77777777" w:rsidR="00EF667B" w:rsidRPr="008C3FEE" w:rsidRDefault="00EC67CA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□ Andere: </w:t>
      </w:r>
    </w:p>
    <w:p w14:paraId="5ED431A9" w14:textId="77777777" w:rsidR="00EF667B" w:rsidRPr="008C3FEE" w:rsidRDefault="00EF667B" w:rsidP="00EF667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Sta je ervoor open om opleidingen te volgen die door het bedrijf worden aangeboden in het kader van je functie?</w:t>
      </w:r>
    </w:p>
    <w:p w14:paraId="0D8208B3" w14:textId="77777777" w:rsidR="00EF667B" w:rsidRPr="008C3FEE" w:rsidRDefault="00EF667B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Ja</w:t>
      </w:r>
    </w:p>
    <w:p w14:paraId="50946882" w14:textId="77777777" w:rsidR="00EF667B" w:rsidRPr="008C3FEE" w:rsidRDefault="00EF667B" w:rsidP="00813A2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Nee</w:t>
      </w:r>
    </w:p>
    <w:p w14:paraId="687A26E1" w14:textId="77777777" w:rsidR="00EF667B" w:rsidRPr="008C3FEE" w:rsidRDefault="00EF667B" w:rsidP="00EF667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In welke domeinen zou je je vaardigheden nog verder willen ontwikkelen?</w:t>
      </w:r>
    </w:p>
    <w:p w14:paraId="313275E8" w14:textId="77777777" w:rsidR="009B71BD" w:rsidRPr="008C3FEE" w:rsidRDefault="009B71BD" w:rsidP="009B71BD">
      <w:pPr>
        <w:spacing w:after="0" w:line="240" w:lineRule="auto"/>
        <w:rPr>
          <w:rFonts w:eastAsia="Times New Roman" w:cs="Arial"/>
          <w:lang w:val="nl-NL" w:eastAsia="fr-BE"/>
        </w:rPr>
      </w:pPr>
    </w:p>
    <w:p w14:paraId="27176D08" w14:textId="77777777" w:rsidR="001267B6" w:rsidRPr="008C3FEE" w:rsidRDefault="001267B6" w:rsidP="009B71BD">
      <w:pPr>
        <w:spacing w:after="0" w:line="240" w:lineRule="auto"/>
        <w:rPr>
          <w:rFonts w:eastAsia="Times New Roman" w:cs="Arial"/>
          <w:lang w:val="nl-NL" w:eastAsia="fr-BE"/>
        </w:rPr>
      </w:pPr>
    </w:p>
    <w:p w14:paraId="48BE9BEE" w14:textId="77777777" w:rsidR="009B71BD" w:rsidRPr="00420C8F" w:rsidRDefault="00420C8F" w:rsidP="009B71BD">
      <w:pPr>
        <w:pStyle w:val="Kop1"/>
        <w:spacing w:before="320" w:after="160"/>
        <w:rPr>
          <w:rFonts w:ascii="Arial" w:hAnsi="Arial" w:cs="Arial"/>
          <w:color w:val="087990"/>
          <w:lang w:val="nl-BE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lastRenderedPageBreak/>
        <w:t>VII. Organisatie en autonomie</w:t>
      </w:r>
    </w:p>
    <w:p w14:paraId="5370D300" w14:textId="77777777" w:rsidR="00232F5A" w:rsidRPr="008C3FEE" w:rsidRDefault="00232F5A" w:rsidP="00C35750">
      <w:pPr>
        <w:spacing w:after="0" w:line="240" w:lineRule="auto"/>
        <w:rPr>
          <w:rFonts w:cs="Arial"/>
          <w:lang w:val="nl-BE"/>
        </w:rPr>
      </w:pPr>
    </w:p>
    <w:p w14:paraId="2A5B832A" w14:textId="77777777" w:rsidR="00C35750" w:rsidRPr="008C3FEE" w:rsidRDefault="00C35750" w:rsidP="00C3575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Hoe pak je het aan wanneer je verschillende taken binnen een beperkte tijd moet uitvoeren?</w:t>
      </w:r>
    </w:p>
    <w:p w14:paraId="13C3A5C5" w14:textId="77777777" w:rsidR="00C35750" w:rsidRDefault="00C35750" w:rsidP="00C35750">
      <w:pPr>
        <w:spacing w:after="0" w:line="240" w:lineRule="auto"/>
        <w:rPr>
          <w:rFonts w:cs="Arial"/>
          <w:lang w:val="nl-NL"/>
        </w:rPr>
      </w:pPr>
    </w:p>
    <w:p w14:paraId="53BB434B" w14:textId="77777777" w:rsidR="00E73C9D" w:rsidRDefault="00E73C9D" w:rsidP="00C35750">
      <w:pPr>
        <w:spacing w:after="0" w:line="240" w:lineRule="auto"/>
        <w:rPr>
          <w:rFonts w:cs="Arial"/>
          <w:lang w:val="nl-NL"/>
        </w:rPr>
      </w:pPr>
    </w:p>
    <w:p w14:paraId="52116E16" w14:textId="77777777" w:rsidR="00E73C9D" w:rsidRDefault="00E73C9D" w:rsidP="00C35750">
      <w:pPr>
        <w:spacing w:after="0" w:line="240" w:lineRule="auto"/>
        <w:rPr>
          <w:rFonts w:cs="Arial"/>
          <w:lang w:val="nl-NL"/>
        </w:rPr>
      </w:pPr>
    </w:p>
    <w:p w14:paraId="01B913AB" w14:textId="77777777" w:rsidR="00E73C9D" w:rsidRPr="008C3FEE" w:rsidRDefault="00E73C9D" w:rsidP="00C35750">
      <w:pPr>
        <w:spacing w:after="0" w:line="240" w:lineRule="auto"/>
        <w:rPr>
          <w:rFonts w:cs="Arial"/>
          <w:lang w:val="nl-NL"/>
        </w:rPr>
      </w:pPr>
    </w:p>
    <w:p w14:paraId="34343A26" w14:textId="77777777" w:rsidR="00C35750" w:rsidRPr="008C3FEE" w:rsidRDefault="00C35750" w:rsidP="00C3575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Hoe ga je om met onverwachte situaties of wijzigingen in je planning?</w:t>
      </w:r>
    </w:p>
    <w:p w14:paraId="52A79208" w14:textId="77777777" w:rsidR="00E73C9D" w:rsidRDefault="00E73C9D" w:rsidP="009B71BD">
      <w:pPr>
        <w:spacing w:after="0" w:line="240" w:lineRule="auto"/>
        <w:rPr>
          <w:rFonts w:cs="Arial"/>
          <w:b/>
          <w:lang w:val="nl-NL"/>
        </w:rPr>
      </w:pPr>
    </w:p>
    <w:p w14:paraId="019A1FAA" w14:textId="77777777" w:rsidR="00E73C9D" w:rsidRDefault="00E73C9D" w:rsidP="009B71BD">
      <w:pPr>
        <w:spacing w:after="0" w:line="240" w:lineRule="auto"/>
        <w:rPr>
          <w:rFonts w:cs="Arial"/>
          <w:b/>
          <w:lang w:val="nl-NL"/>
        </w:rPr>
      </w:pPr>
    </w:p>
    <w:p w14:paraId="10BD7FAC" w14:textId="77777777" w:rsidR="00E73C9D" w:rsidRPr="008C3FEE" w:rsidRDefault="00E73C9D" w:rsidP="009B71BD">
      <w:pPr>
        <w:spacing w:after="0" w:line="240" w:lineRule="auto"/>
        <w:rPr>
          <w:rFonts w:cs="Arial"/>
          <w:b/>
          <w:lang w:val="nl-NL"/>
        </w:rPr>
      </w:pPr>
    </w:p>
    <w:p w14:paraId="50D7A4D4" w14:textId="77777777" w:rsidR="009B71BD" w:rsidRPr="00E73C9D" w:rsidRDefault="00420C8F" w:rsidP="009B71BD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 xml:space="preserve">VIII. Beschikbaarheid en mobiliteit </w:t>
      </w:r>
    </w:p>
    <w:p w14:paraId="7BDB38F5" w14:textId="77777777" w:rsidR="00963572" w:rsidRPr="00E73C9D" w:rsidRDefault="00963572" w:rsidP="00963572">
      <w:pPr>
        <w:keepLines/>
        <w:spacing w:after="160"/>
        <w:rPr>
          <w:rFonts w:eastAsia="Times New Roman" w:cs="Arial"/>
          <w:bCs/>
          <w:lang w:val="nl-NL"/>
        </w:rPr>
      </w:pPr>
      <w:r w:rsidRPr="00E73C9D">
        <w:rPr>
          <w:rFonts w:cs="Arial"/>
          <w:bCs/>
          <w:lang w:val="nl-NL"/>
        </w:rPr>
        <w:t>Beschikbaarheid:</w:t>
      </w:r>
    </w:p>
    <w:p w14:paraId="242512BB" w14:textId="77777777" w:rsidR="00963572" w:rsidRPr="008C3FEE" w:rsidRDefault="00963572" w:rsidP="00E73C9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Voltijds</w:t>
      </w:r>
    </w:p>
    <w:p w14:paraId="3D4C4FFF" w14:textId="77777777" w:rsidR="00963572" w:rsidRPr="008C3FEE" w:rsidRDefault="00963572" w:rsidP="00E73C9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Deeltijds</w:t>
      </w:r>
    </w:p>
    <w:p w14:paraId="33A5CF17" w14:textId="77777777" w:rsidR="00963572" w:rsidRPr="001D08A2" w:rsidRDefault="00963572" w:rsidP="00963572">
      <w:pPr>
        <w:keepLines/>
        <w:spacing w:after="160"/>
        <w:rPr>
          <w:rFonts w:eastAsia="Times New Roman" w:cs="Arial"/>
          <w:bCs/>
          <w:lang w:val="nl-NL"/>
        </w:rPr>
      </w:pPr>
      <w:r w:rsidRPr="001D08A2">
        <w:rPr>
          <w:rFonts w:cs="Arial"/>
          <w:bCs/>
          <w:lang w:val="nl-NL"/>
        </w:rPr>
        <w:t>Beschikbare dagen:</w:t>
      </w:r>
    </w:p>
    <w:p w14:paraId="7B067CF2" w14:textId="77777777" w:rsidR="00963572" w:rsidRPr="008C3FEE" w:rsidRDefault="00963572" w:rsidP="001D08A2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Maandag</w:t>
      </w:r>
      <w:r w:rsidR="00E73C9D">
        <w:rPr>
          <w:rFonts w:cs="Arial"/>
          <w:lang w:val="nl-NL"/>
        </w:rPr>
        <w:t xml:space="preserve"> </w:t>
      </w:r>
      <w:r w:rsidRPr="008C3FEE">
        <w:rPr>
          <w:rFonts w:cs="Arial"/>
          <w:lang w:val="nl-NL"/>
        </w:rPr>
        <w:t>□ Dinsdag</w:t>
      </w:r>
      <w:r w:rsidR="00E73C9D">
        <w:rPr>
          <w:rFonts w:cs="Arial"/>
          <w:lang w:val="nl-NL"/>
        </w:rPr>
        <w:t xml:space="preserve"> </w:t>
      </w:r>
      <w:r w:rsidRPr="008C3FEE">
        <w:rPr>
          <w:rFonts w:cs="Arial"/>
          <w:lang w:val="nl-NL"/>
        </w:rPr>
        <w:t>□ Woensdag</w:t>
      </w:r>
      <w:r w:rsidR="00E73C9D">
        <w:rPr>
          <w:rFonts w:cs="Arial"/>
          <w:lang w:val="nl-NL"/>
        </w:rPr>
        <w:t xml:space="preserve"> </w:t>
      </w:r>
      <w:r w:rsidRPr="008C3FEE">
        <w:rPr>
          <w:rFonts w:cs="Arial"/>
          <w:lang w:val="nl-NL"/>
        </w:rPr>
        <w:t>□ Donderdag</w:t>
      </w:r>
      <w:r w:rsidR="00E73C9D">
        <w:rPr>
          <w:rFonts w:cs="Arial"/>
          <w:lang w:val="nl-NL"/>
        </w:rPr>
        <w:t xml:space="preserve"> </w:t>
      </w:r>
      <w:r w:rsidRPr="008C3FEE">
        <w:rPr>
          <w:rFonts w:cs="Arial"/>
          <w:lang w:val="nl-NL"/>
        </w:rPr>
        <w:t>□ Vrijdag</w:t>
      </w:r>
    </w:p>
    <w:p w14:paraId="42F436B7" w14:textId="77777777" w:rsidR="00963572" w:rsidRPr="001D08A2" w:rsidRDefault="00963572" w:rsidP="00963572">
      <w:pPr>
        <w:keepLines/>
        <w:spacing w:after="160"/>
        <w:rPr>
          <w:rFonts w:eastAsia="Times New Roman" w:cs="Arial"/>
          <w:bCs/>
          <w:lang w:val="nl-NL"/>
        </w:rPr>
      </w:pPr>
      <w:r w:rsidRPr="001D08A2">
        <w:rPr>
          <w:rFonts w:cs="Arial"/>
          <w:bCs/>
          <w:lang w:val="nl-NL"/>
        </w:rPr>
        <w:t>Ideale werkuren:</w:t>
      </w:r>
    </w:p>
    <w:p w14:paraId="2DE3EC6A" w14:textId="77777777" w:rsidR="00963572" w:rsidRPr="001D08A2" w:rsidRDefault="00963572" w:rsidP="00727F6C">
      <w:pPr>
        <w:keepLines/>
        <w:spacing w:after="160"/>
        <w:rPr>
          <w:rFonts w:eastAsia="Times New Roman" w:cs="Arial"/>
          <w:bCs/>
          <w:lang w:val="nl-NL"/>
        </w:rPr>
      </w:pPr>
      <w:r w:rsidRPr="001D08A2">
        <w:rPr>
          <w:rFonts w:cs="Arial"/>
          <w:bCs/>
          <w:lang w:val="nl-NL"/>
        </w:rPr>
        <w:t>Vervoermiddel:</w:t>
      </w:r>
    </w:p>
    <w:p w14:paraId="1BF1617F" w14:textId="77777777" w:rsidR="00963572" w:rsidRPr="008C3FEE" w:rsidRDefault="00963572" w:rsidP="00BA04F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Auto</w:t>
      </w:r>
    </w:p>
    <w:p w14:paraId="16360773" w14:textId="77777777" w:rsidR="00963572" w:rsidRPr="008C3FEE" w:rsidRDefault="00963572" w:rsidP="00BA04F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Fiets</w:t>
      </w:r>
    </w:p>
    <w:p w14:paraId="31C8971A" w14:textId="77777777" w:rsidR="00963572" w:rsidRPr="008C3FEE" w:rsidRDefault="00963572" w:rsidP="00BA04F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Openbaar vervoer</w:t>
      </w:r>
    </w:p>
    <w:p w14:paraId="77598F7E" w14:textId="77777777" w:rsidR="00963572" w:rsidRPr="008C3FEE" w:rsidRDefault="00963572" w:rsidP="00BA04FD">
      <w:pPr>
        <w:keepLines/>
        <w:spacing w:after="160"/>
        <w:rPr>
          <w:rFonts w:eastAsia="Times New Roman" w:cs="Arial"/>
          <w:lang w:val="nl-NL"/>
        </w:rPr>
      </w:pPr>
      <w:r w:rsidRPr="008C3FEE">
        <w:rPr>
          <w:rFonts w:cs="Arial"/>
          <w:lang w:val="nl-NL"/>
        </w:rPr>
        <w:t>□ Te voet</w:t>
      </w:r>
    </w:p>
    <w:p w14:paraId="41E2C6D1" w14:textId="77777777" w:rsidR="009B71BD" w:rsidRPr="00BA04FD" w:rsidRDefault="00963572" w:rsidP="00F30843">
      <w:pPr>
        <w:keepLines/>
        <w:spacing w:after="160"/>
        <w:rPr>
          <w:rFonts w:eastAsia="Times New Roman" w:cs="Arial"/>
          <w:bCs/>
          <w:lang w:val="nl-NL"/>
        </w:rPr>
      </w:pPr>
      <w:r w:rsidRPr="00BA04FD">
        <w:rPr>
          <w:rFonts w:cs="Arial"/>
          <w:bCs/>
          <w:lang w:val="nl-NL"/>
        </w:rPr>
        <w:t>Gewenste werkregio:</w:t>
      </w:r>
    </w:p>
    <w:p w14:paraId="33F20516" w14:textId="77777777" w:rsidR="009B71BD" w:rsidRPr="008C3FEE" w:rsidRDefault="00575326" w:rsidP="009B71BD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Eventuele </w:t>
      </w:r>
      <w:r w:rsidR="00F30843" w:rsidRPr="008C3FEE">
        <w:rPr>
          <w:rFonts w:cs="Arial"/>
          <w:lang w:val="nl-NL"/>
        </w:rPr>
        <w:t>hindernissen</w:t>
      </w:r>
      <w:r w:rsidRPr="008C3FEE">
        <w:rPr>
          <w:rFonts w:cs="Arial"/>
          <w:lang w:val="nl-NL"/>
        </w:rPr>
        <w:t xml:space="preserve"> of verplichtingen (bijvoorbeeld school, opvang, medische afspraken, enz.):</w:t>
      </w:r>
    </w:p>
    <w:p w14:paraId="66B9E991" w14:textId="77777777" w:rsidR="009B71BD" w:rsidRPr="001F07A0" w:rsidRDefault="00B736DA" w:rsidP="009B71BD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 xml:space="preserve">IX. Werkomgeving </w:t>
      </w:r>
    </w:p>
    <w:p w14:paraId="054251F2" w14:textId="77777777" w:rsidR="001019D2" w:rsidRPr="008C3FEE" w:rsidRDefault="001019D2" w:rsidP="001019D2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Werk je het liefst wanneer de klant:</w:t>
      </w:r>
    </w:p>
    <w:p w14:paraId="5C4E6477" w14:textId="77777777" w:rsidR="001019D2" w:rsidRPr="008C3FEE" w:rsidRDefault="001019D2" w:rsidP="001F07A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Aanwezig is</w:t>
      </w:r>
    </w:p>
    <w:p w14:paraId="467101DF" w14:textId="77777777" w:rsidR="001019D2" w:rsidRPr="008C3FEE" w:rsidRDefault="001019D2" w:rsidP="001F07A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Niet aanwezig is</w:t>
      </w:r>
    </w:p>
    <w:p w14:paraId="78619D47" w14:textId="77777777" w:rsidR="001019D2" w:rsidRPr="008C3FEE" w:rsidRDefault="001019D2" w:rsidP="001F07A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Geen voorkeur</w:t>
      </w:r>
    </w:p>
    <w:p w14:paraId="7252FB37" w14:textId="77777777" w:rsidR="00856690" w:rsidRDefault="00856690" w:rsidP="009B71BD">
      <w:pPr>
        <w:keepLines/>
        <w:spacing w:after="160"/>
        <w:rPr>
          <w:rFonts w:cs="Arial"/>
          <w:lang w:val="nl-NL"/>
        </w:rPr>
      </w:pPr>
    </w:p>
    <w:p w14:paraId="5FEC2A11" w14:textId="77777777" w:rsidR="00856690" w:rsidRDefault="00856690" w:rsidP="009B71BD">
      <w:pPr>
        <w:keepLines/>
        <w:spacing w:after="160"/>
        <w:rPr>
          <w:rFonts w:cs="Arial"/>
          <w:lang w:val="nl-NL"/>
        </w:rPr>
      </w:pPr>
    </w:p>
    <w:p w14:paraId="53DBA1C1" w14:textId="747C4EE9" w:rsidR="001019D2" w:rsidRPr="008C3FEE" w:rsidRDefault="00DA53D4" w:rsidP="009B71BD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lastRenderedPageBreak/>
        <w:t xml:space="preserve">Moet er rekening worden gehouden met de aanwezigheid van huisdieren bij de klant thuis? </w:t>
      </w:r>
    </w:p>
    <w:p w14:paraId="2BD957C9" w14:textId="77777777" w:rsidR="009B71BD" w:rsidRPr="008C3FEE" w:rsidRDefault="009B71BD" w:rsidP="001F07A0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 xml:space="preserve">□ </w:t>
      </w:r>
      <w:r w:rsidR="001019D2" w:rsidRPr="008C3FEE">
        <w:rPr>
          <w:rFonts w:cs="Arial"/>
          <w:lang w:val="nl-NL"/>
        </w:rPr>
        <w:t>Nee</w:t>
      </w:r>
    </w:p>
    <w:p w14:paraId="4C09785C" w14:textId="77777777" w:rsidR="009B71BD" w:rsidRPr="008C3FEE" w:rsidRDefault="009B71BD" w:rsidP="001F07A0">
      <w:pPr>
        <w:keepLines/>
        <w:spacing w:after="160"/>
        <w:rPr>
          <w:rFonts w:cs="Arial"/>
          <w:lang w:val="nl-BE"/>
        </w:rPr>
      </w:pPr>
      <w:r w:rsidRPr="008C3FEE">
        <w:rPr>
          <w:rFonts w:cs="Arial"/>
          <w:lang w:val="nl-BE"/>
        </w:rPr>
        <w:t xml:space="preserve">□ </w:t>
      </w:r>
      <w:r w:rsidR="001019D2" w:rsidRPr="008C3FEE">
        <w:rPr>
          <w:rFonts w:cs="Arial"/>
          <w:lang w:val="nl-BE"/>
        </w:rPr>
        <w:t>Ja</w:t>
      </w:r>
    </w:p>
    <w:p w14:paraId="225B400F" w14:textId="77777777" w:rsidR="001019D2" w:rsidRPr="008C3FEE" w:rsidRDefault="001019D2" w:rsidP="009B71BD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Zo ja, welke specifieke informatie is relevant?</w:t>
      </w:r>
    </w:p>
    <w:p w14:paraId="21B542BD" w14:textId="77777777" w:rsidR="00B46ADA" w:rsidRPr="008C3FEE" w:rsidRDefault="00B46ADA" w:rsidP="00B46ADA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Voel je je comfortabel om te werken bij:</w:t>
      </w:r>
    </w:p>
    <w:p w14:paraId="41CE047B" w14:textId="77777777" w:rsidR="00B46ADA" w:rsidRPr="008C3FEE" w:rsidRDefault="00B46ADA" w:rsidP="001861F1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Oudere personen</w:t>
      </w:r>
    </w:p>
    <w:p w14:paraId="178EC8E3" w14:textId="77777777" w:rsidR="00B46ADA" w:rsidRPr="008C3FEE" w:rsidRDefault="00B46ADA" w:rsidP="001861F1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Gezinnen met kinderen</w:t>
      </w:r>
    </w:p>
    <w:p w14:paraId="5BBD7D03" w14:textId="77777777" w:rsidR="00B46ADA" w:rsidRPr="008C3FEE" w:rsidRDefault="00B46ADA" w:rsidP="001861F1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Personen die alleen wonen</w:t>
      </w:r>
    </w:p>
    <w:p w14:paraId="0F71C00C" w14:textId="77777777" w:rsidR="00B46ADA" w:rsidRPr="008C3FEE" w:rsidRDefault="00B46ADA" w:rsidP="001861F1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Alle soorten klanten</w:t>
      </w:r>
    </w:p>
    <w:p w14:paraId="19E14BAD" w14:textId="77777777" w:rsidR="009B71BD" w:rsidRPr="001861F1" w:rsidRDefault="001861F1" w:rsidP="009B71BD">
      <w:pPr>
        <w:pStyle w:val="Kop1"/>
        <w:spacing w:before="320" w:after="160"/>
        <w:rPr>
          <w:rFonts w:ascii="Arial" w:hAnsi="Arial" w:cs="Arial"/>
          <w:color w:val="087990"/>
          <w:lang w:val="nl-NL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X. Informatie over het bedrijf</w:t>
      </w:r>
    </w:p>
    <w:p w14:paraId="7320F1FA" w14:textId="77777777" w:rsidR="009B71BD" w:rsidRDefault="00B46ADA" w:rsidP="009B71BD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Wat weet je al over ons bedrijf?</w:t>
      </w:r>
    </w:p>
    <w:p w14:paraId="51F0049F" w14:textId="77777777" w:rsidR="001D488B" w:rsidRDefault="001D488B" w:rsidP="009B71BD">
      <w:pPr>
        <w:spacing w:after="0" w:line="240" w:lineRule="auto"/>
        <w:rPr>
          <w:rFonts w:cs="Arial"/>
          <w:lang w:val="nl-NL"/>
        </w:rPr>
      </w:pPr>
    </w:p>
    <w:p w14:paraId="7FEE2AE3" w14:textId="77777777" w:rsidR="001D488B" w:rsidRDefault="001D488B" w:rsidP="009B71BD">
      <w:pPr>
        <w:spacing w:after="0" w:line="240" w:lineRule="auto"/>
        <w:rPr>
          <w:rFonts w:cs="Arial"/>
          <w:lang w:val="nl-NL"/>
        </w:rPr>
      </w:pPr>
    </w:p>
    <w:p w14:paraId="6EF05294" w14:textId="77777777" w:rsidR="001D488B" w:rsidRPr="008C3FEE" w:rsidRDefault="001D488B" w:rsidP="009B71BD">
      <w:pPr>
        <w:spacing w:after="0" w:line="240" w:lineRule="auto"/>
        <w:rPr>
          <w:rFonts w:cs="Arial"/>
          <w:lang w:val="nl-NL"/>
        </w:rPr>
      </w:pPr>
    </w:p>
    <w:p w14:paraId="149CEB62" w14:textId="77777777" w:rsidR="005840CE" w:rsidRPr="008C3FEE" w:rsidRDefault="005840CE" w:rsidP="009B71BD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Bijkomende informatie die aan de kandidaat werd meegedeeld:</w:t>
      </w:r>
    </w:p>
    <w:p w14:paraId="62FECC91" w14:textId="77777777" w:rsidR="005840CE" w:rsidRPr="008C3FEE" w:rsidRDefault="005840CE" w:rsidP="001D488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Functie</w:t>
      </w:r>
    </w:p>
    <w:p w14:paraId="63FAB8D4" w14:textId="77777777" w:rsidR="005840CE" w:rsidRPr="008C3FEE" w:rsidRDefault="005840CE" w:rsidP="001D488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Arbeidsvoorwaarden</w:t>
      </w:r>
    </w:p>
    <w:p w14:paraId="24919B46" w14:textId="77777777" w:rsidR="005840CE" w:rsidRPr="008C3FEE" w:rsidRDefault="005840CE" w:rsidP="001D488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Werkuren</w:t>
      </w:r>
    </w:p>
    <w:p w14:paraId="00FE8262" w14:textId="77777777" w:rsidR="005840CE" w:rsidRPr="008C3FEE" w:rsidRDefault="005840CE" w:rsidP="001D488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Loon en voordelen</w:t>
      </w:r>
    </w:p>
    <w:p w14:paraId="3EDC94B0" w14:textId="77777777" w:rsidR="005840CE" w:rsidRPr="008C3FEE" w:rsidRDefault="005840CE" w:rsidP="001D488B">
      <w:pPr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Opleiding en begeleiding</w:t>
      </w:r>
    </w:p>
    <w:p w14:paraId="2F40E86D" w14:textId="77777777" w:rsidR="009B71BD" w:rsidRPr="008C3FEE" w:rsidRDefault="005840CE" w:rsidP="001D488B">
      <w:pPr>
        <w:keepLines/>
        <w:spacing w:after="160"/>
        <w:rPr>
          <w:rFonts w:cs="Arial"/>
          <w:lang w:val="nl-BE"/>
        </w:rPr>
      </w:pPr>
      <w:r w:rsidRPr="008C3FEE">
        <w:rPr>
          <w:rFonts w:cs="Arial"/>
          <w:lang w:val="nl-NL"/>
        </w:rPr>
        <w:t xml:space="preserve">□ </w:t>
      </w:r>
      <w:r w:rsidR="00192C24" w:rsidRPr="008C3FEE">
        <w:rPr>
          <w:rFonts w:cs="Arial"/>
          <w:lang w:val="nl-BE"/>
        </w:rPr>
        <w:t>Bedrijfscultuur</w:t>
      </w:r>
    </w:p>
    <w:p w14:paraId="68215D49" w14:textId="77777777" w:rsidR="009B71BD" w:rsidRPr="00B01297" w:rsidRDefault="009B71BD" w:rsidP="009B71BD">
      <w:pPr>
        <w:pStyle w:val="Kop1"/>
        <w:spacing w:before="320" w:after="160"/>
        <w:rPr>
          <w:rFonts w:ascii="Arial" w:hAnsi="Arial" w:cs="Arial"/>
          <w:color w:val="087990"/>
          <w:lang w:val="nl-BE"/>
        </w:rPr>
      </w:pPr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 xml:space="preserve">X. Opmerkingen van de </w:t>
      </w:r>
      <w:proofErr w:type="spellStart"/>
      <w:r w:rsidRPr="00BB4F8C">
        <w:rPr>
          <w:rFonts w:ascii="Arial" w:hAnsi="Arial" w:cs="Arial"/>
          <w:b w:val="0"/>
          <w:bCs w:val="0"/>
          <w:color w:val="1A9AA0"/>
          <w:sz w:val="32"/>
          <w:szCs w:val="32"/>
          <w:lang w:val="nl-NL"/>
        </w:rPr>
        <w:t>recruiter</w:t>
      </w:r>
      <w:proofErr w:type="spellEnd"/>
    </w:p>
    <w:tbl>
      <w:tblPr>
        <w:tblW w:w="89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66"/>
        <w:gridCol w:w="5810"/>
      </w:tblGrid>
      <w:tr w:rsidR="009B71BD" w:rsidRPr="008C3FEE" w14:paraId="366ABA06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304A27E" w14:textId="77777777" w:rsidR="009B71BD" w:rsidRPr="008C3FEE" w:rsidRDefault="007D163B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b/>
                <w:color w:val="FFFFFF"/>
                <w:sz w:val="20"/>
              </w:rPr>
              <w:t>Professioneel voorkomen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A9AA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DAA7F8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8C3FEE" w14:paraId="0A08BC48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76F455B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Communicati</w:t>
            </w:r>
            <w:r w:rsidR="005840CE" w:rsidRPr="008C3FEE">
              <w:rPr>
                <w:rFonts w:cs="Arial"/>
                <w:sz w:val="20"/>
              </w:rPr>
              <w:t>e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2C49158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8C3FEE" w14:paraId="288A6472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0C2BCB6F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Motivati</w:t>
            </w:r>
            <w:r w:rsidR="005840CE" w:rsidRPr="008C3FEE">
              <w:rPr>
                <w:rFonts w:cs="Arial"/>
                <w:sz w:val="20"/>
              </w:rPr>
              <w:t>e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281A6C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8C3FEE" w14:paraId="41AADDBC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03C40A1" w14:textId="77777777" w:rsidR="009B71BD" w:rsidRPr="008C3FEE" w:rsidRDefault="005840CE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Klantgerichtheid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884AD1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8C3FEE" w14:paraId="0B2F46C1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53095CC6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Organisati</w:t>
            </w:r>
            <w:r w:rsidR="005840CE" w:rsidRPr="008C3FEE">
              <w:rPr>
                <w:rFonts w:cs="Arial"/>
                <w:sz w:val="20"/>
              </w:rPr>
              <w:t>e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3902DB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BB4F8C" w14:paraId="2C9A0B0E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FBA209F" w14:textId="77777777" w:rsidR="009B71BD" w:rsidRPr="008C3FEE" w:rsidRDefault="009B71BD" w:rsidP="0003600F">
            <w:pPr>
              <w:spacing w:after="60" w:line="252" w:lineRule="auto"/>
              <w:rPr>
                <w:rFonts w:cs="Arial"/>
                <w:lang w:val="nl-NL"/>
              </w:rPr>
            </w:pPr>
            <w:r w:rsidRPr="008C3FEE">
              <w:rPr>
                <w:rFonts w:cs="Arial"/>
                <w:sz w:val="20"/>
                <w:lang w:val="nl-NL"/>
              </w:rPr>
              <w:t>Autonomie</w:t>
            </w:r>
          </w:p>
          <w:p w14:paraId="12824AAE" w14:textId="77777777" w:rsidR="009B71BD" w:rsidRPr="008C3FEE" w:rsidRDefault="005840CE" w:rsidP="0003600F">
            <w:pPr>
              <w:spacing w:after="60" w:line="252" w:lineRule="auto"/>
              <w:rPr>
                <w:rFonts w:cs="Arial"/>
                <w:lang w:val="nl-NL"/>
              </w:rPr>
            </w:pPr>
            <w:r w:rsidRPr="008C3FEE">
              <w:rPr>
                <w:rFonts w:cs="Arial"/>
                <w:sz w:val="20"/>
                <w:lang w:val="nl-NL"/>
              </w:rPr>
              <w:t>Openheid om bij te leren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77C3AA" w14:textId="77777777" w:rsidR="009B71BD" w:rsidRPr="008C3FEE" w:rsidRDefault="009B71BD" w:rsidP="0003600F">
            <w:pPr>
              <w:spacing w:after="60" w:line="252" w:lineRule="auto"/>
              <w:rPr>
                <w:rFonts w:cs="Arial"/>
                <w:lang w:val="nl-NL"/>
              </w:rPr>
            </w:pPr>
          </w:p>
        </w:tc>
      </w:tr>
      <w:tr w:rsidR="009B71BD" w:rsidRPr="008C3FEE" w14:paraId="0212B33A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CA6D7B4" w14:textId="77777777" w:rsidR="009B71BD" w:rsidRPr="008C3FEE" w:rsidRDefault="005840CE" w:rsidP="0003600F">
            <w:pPr>
              <w:spacing w:after="60" w:line="252" w:lineRule="auto"/>
              <w:rPr>
                <w:rFonts w:cs="Arial"/>
              </w:rPr>
            </w:pPr>
            <w:proofErr w:type="spellStart"/>
            <w:r w:rsidRPr="008C3FEE">
              <w:rPr>
                <w:rFonts w:cs="Arial"/>
                <w:sz w:val="20"/>
              </w:rPr>
              <w:lastRenderedPageBreak/>
              <w:t>Technische</w:t>
            </w:r>
            <w:proofErr w:type="spellEnd"/>
            <w:r w:rsidRPr="008C3FEE">
              <w:rPr>
                <w:rFonts w:cs="Arial"/>
                <w:sz w:val="20"/>
              </w:rPr>
              <w:t xml:space="preserve"> </w:t>
            </w:r>
            <w:proofErr w:type="spellStart"/>
            <w:r w:rsidRPr="008C3FEE">
              <w:rPr>
                <w:rFonts w:cs="Arial"/>
                <w:sz w:val="20"/>
              </w:rPr>
              <w:t>vaardigheden</w:t>
            </w:r>
            <w:proofErr w:type="spellEnd"/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ADD009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  <w:tr w:rsidR="009B71BD" w:rsidRPr="008C3FEE" w14:paraId="6DDA9729" w14:textId="77777777" w:rsidTr="00B01297">
        <w:trPr>
          <w:tblCellSpacing w:w="15" w:type="dxa"/>
        </w:trPr>
        <w:tc>
          <w:tcPr>
            <w:tcW w:w="31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2727643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  <w:r w:rsidRPr="008C3FEE">
              <w:rPr>
                <w:rFonts w:cs="Arial"/>
                <w:sz w:val="20"/>
              </w:rPr>
              <w:t>Mobilit</w:t>
            </w:r>
            <w:r w:rsidR="005840CE" w:rsidRPr="008C3FEE">
              <w:rPr>
                <w:rFonts w:cs="Arial"/>
                <w:sz w:val="20"/>
              </w:rPr>
              <w:t>eit</w:t>
            </w:r>
            <w:r w:rsidRPr="008C3FEE">
              <w:rPr>
                <w:rFonts w:cs="Arial"/>
                <w:sz w:val="20"/>
              </w:rPr>
              <w:t>/Flexibilit</w:t>
            </w:r>
            <w:r w:rsidR="005840CE" w:rsidRPr="008C3FEE">
              <w:rPr>
                <w:rFonts w:cs="Arial"/>
                <w:sz w:val="20"/>
              </w:rPr>
              <w:t>eit</w:t>
            </w:r>
          </w:p>
        </w:tc>
        <w:tc>
          <w:tcPr>
            <w:tcW w:w="58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C2FB90B" w14:textId="77777777" w:rsidR="009B71BD" w:rsidRPr="008C3FEE" w:rsidRDefault="009B71BD" w:rsidP="0003600F">
            <w:pPr>
              <w:spacing w:after="60" w:line="252" w:lineRule="auto"/>
              <w:rPr>
                <w:rFonts w:cs="Arial"/>
              </w:rPr>
            </w:pPr>
          </w:p>
        </w:tc>
      </w:tr>
    </w:tbl>
    <w:p w14:paraId="3D7FCD5D" w14:textId="77777777" w:rsidR="00856690" w:rsidRDefault="00856690" w:rsidP="009B71BD">
      <w:pPr>
        <w:keepLines/>
        <w:spacing w:after="160"/>
        <w:rPr>
          <w:rFonts w:cs="Arial"/>
        </w:rPr>
      </w:pPr>
    </w:p>
    <w:p w14:paraId="75E5FAA0" w14:textId="0216BDE6" w:rsidR="009B71BD" w:rsidRPr="008C3FEE" w:rsidRDefault="005840CE" w:rsidP="009B71BD">
      <w:pPr>
        <w:keepLines/>
        <w:spacing w:after="160"/>
        <w:rPr>
          <w:rFonts w:cs="Arial"/>
        </w:rPr>
      </w:pPr>
      <w:proofErr w:type="spellStart"/>
      <w:r w:rsidRPr="008C3FEE">
        <w:rPr>
          <w:rFonts w:cs="Arial"/>
        </w:rPr>
        <w:t>Algemene</w:t>
      </w:r>
      <w:proofErr w:type="spellEnd"/>
      <w:r w:rsidRPr="008C3FEE">
        <w:rPr>
          <w:rFonts w:cs="Arial"/>
        </w:rPr>
        <w:t xml:space="preserve"> </w:t>
      </w:r>
      <w:proofErr w:type="spellStart"/>
      <w:r w:rsidRPr="008C3FEE">
        <w:rPr>
          <w:rFonts w:cs="Arial"/>
        </w:rPr>
        <w:t>opmerkingen</w:t>
      </w:r>
      <w:proofErr w:type="spellEnd"/>
      <w:r w:rsidR="009B71BD" w:rsidRPr="008C3FEE">
        <w:rPr>
          <w:rFonts w:cs="Arial"/>
        </w:rPr>
        <w:t xml:space="preserve"> :</w:t>
      </w:r>
    </w:p>
    <w:p w14:paraId="12CCBA59" w14:textId="77777777" w:rsidR="009B71BD" w:rsidRPr="008C3FEE" w:rsidRDefault="009B71BD" w:rsidP="009B71BD">
      <w:pPr>
        <w:spacing w:after="0" w:line="240" w:lineRule="auto"/>
        <w:rPr>
          <w:rFonts w:cs="Arial"/>
        </w:rPr>
      </w:pPr>
    </w:p>
    <w:p w14:paraId="5315A34D" w14:textId="77777777" w:rsidR="009B71BD" w:rsidRPr="008C3FEE" w:rsidRDefault="009B71BD" w:rsidP="009B71BD">
      <w:pPr>
        <w:spacing w:after="0" w:line="240" w:lineRule="auto"/>
        <w:rPr>
          <w:rFonts w:cs="Arial"/>
        </w:rPr>
      </w:pPr>
    </w:p>
    <w:p w14:paraId="002698F1" w14:textId="77777777" w:rsidR="009B71BD" w:rsidRPr="008C3FEE" w:rsidRDefault="005840CE" w:rsidP="009B71BD">
      <w:pPr>
        <w:keepNext/>
        <w:keepLines/>
        <w:spacing w:after="160"/>
        <w:rPr>
          <w:rFonts w:cs="Arial"/>
        </w:rPr>
      </w:pPr>
      <w:r w:rsidRPr="008C3FEE">
        <w:rPr>
          <w:rFonts w:cs="Arial"/>
        </w:rPr>
        <w:t>Beslissing</w:t>
      </w:r>
      <w:r w:rsidR="009B71BD" w:rsidRPr="008C3FEE">
        <w:rPr>
          <w:rFonts w:cs="Arial"/>
        </w:rPr>
        <w:t xml:space="preserve"> :</w:t>
      </w:r>
    </w:p>
    <w:p w14:paraId="63C61277" w14:textId="77777777" w:rsidR="004E5AC8" w:rsidRPr="008C3FEE" w:rsidRDefault="004E5AC8" w:rsidP="004E5AC8">
      <w:pPr>
        <w:keepNext/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Beslissing genomen op basis van het gesprek van vandaag:</w:t>
      </w:r>
    </w:p>
    <w:p w14:paraId="40BF52EC" w14:textId="77777777" w:rsidR="004E5AC8" w:rsidRPr="008C3FEE" w:rsidRDefault="004E5AC8" w:rsidP="00E2506D">
      <w:pPr>
        <w:keepNext/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Aanwerving aanbevolen</w:t>
      </w:r>
    </w:p>
    <w:p w14:paraId="06DCFAFC" w14:textId="77777777" w:rsidR="004E5AC8" w:rsidRPr="008C3FEE" w:rsidRDefault="004E5AC8" w:rsidP="00E2506D">
      <w:pPr>
        <w:keepNext/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Aanwerving mits coaching en begeleiding</w:t>
      </w:r>
    </w:p>
    <w:p w14:paraId="66954174" w14:textId="77777777" w:rsidR="004E5AC8" w:rsidRPr="008C3FEE" w:rsidRDefault="004E5AC8" w:rsidP="00E2506D">
      <w:pPr>
        <w:keepNext/>
        <w:keepLines/>
        <w:spacing w:after="160"/>
        <w:rPr>
          <w:rFonts w:cs="Arial"/>
          <w:lang w:val="nl-BE"/>
        </w:rPr>
      </w:pPr>
      <w:r w:rsidRPr="008C3FEE">
        <w:rPr>
          <w:rFonts w:cs="Arial"/>
          <w:lang w:val="nl-NL"/>
        </w:rPr>
        <w:t xml:space="preserve">□ Opgenomen in de </w:t>
      </w:r>
      <w:r w:rsidR="00B94B9C" w:rsidRPr="008C3FEE">
        <w:rPr>
          <w:rFonts w:cs="Arial"/>
          <w:lang w:val="nl-BE"/>
        </w:rPr>
        <w:t>kandidatenpool</w:t>
      </w:r>
    </w:p>
    <w:p w14:paraId="06FCE9EB" w14:textId="77777777" w:rsidR="009B71BD" w:rsidRPr="008C3FEE" w:rsidRDefault="004E5AC8" w:rsidP="00E2506D">
      <w:pPr>
        <w:keepNext/>
        <w:keepLines/>
        <w:spacing w:after="160"/>
        <w:rPr>
          <w:rFonts w:cs="Arial"/>
          <w:lang w:val="nl-NL"/>
        </w:rPr>
      </w:pPr>
      <w:r w:rsidRPr="008C3FEE">
        <w:rPr>
          <w:rFonts w:cs="Arial"/>
          <w:lang w:val="nl-NL"/>
        </w:rPr>
        <w:t>□ Niet weerhouden</w:t>
      </w:r>
    </w:p>
    <w:p w14:paraId="2FA689A1" w14:textId="77777777" w:rsidR="00C657FB" w:rsidRPr="00626F8F" w:rsidRDefault="00C657FB" w:rsidP="00626F8F">
      <w:pPr>
        <w:spacing w:after="0" w:line="20" w:lineRule="exact"/>
        <w:rPr>
          <w:rFonts w:asciiTheme="majorHAnsi" w:hAnsiTheme="majorHAnsi" w:cstheme="majorHAnsi"/>
          <w:lang w:val="nl-NL"/>
        </w:rPr>
      </w:pPr>
    </w:p>
    <w:sectPr w:rsidR="00C657FB" w:rsidRPr="00626F8F" w:rsidSect="00034616">
      <w:footerReference w:type="default" r:id="rId11"/>
      <w:pgSz w:w="11906" w:h="16838"/>
      <w:pgMar w:top="1418" w:right="1418" w:bottom="1418" w:left="1418" w:header="72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7CD2AD" w14:textId="77777777" w:rsidR="00DC0F80" w:rsidRDefault="00DC0F80" w:rsidP="00FD1E05">
      <w:pPr>
        <w:spacing w:after="0" w:line="240" w:lineRule="auto"/>
      </w:pPr>
      <w:r>
        <w:separator/>
      </w:r>
    </w:p>
  </w:endnote>
  <w:endnote w:type="continuationSeparator" w:id="0">
    <w:p w14:paraId="54B178B7" w14:textId="77777777" w:rsidR="00DC0F80" w:rsidRDefault="00DC0F80" w:rsidP="00FD1E05">
      <w:pPr>
        <w:spacing w:after="0" w:line="240" w:lineRule="auto"/>
      </w:pPr>
      <w:r>
        <w:continuationSeparator/>
      </w:r>
    </w:p>
  </w:endnote>
  <w:endnote w:type="continuationNotice" w:id="1">
    <w:p w14:paraId="0315DE8C" w14:textId="77777777" w:rsidR="00DC0F80" w:rsidRDefault="00DC0F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439F4" w14:textId="77777777" w:rsidR="00605560" w:rsidRDefault="00CE1FEC">
    <w:pPr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15E55" w14:textId="77777777" w:rsidR="00DC0F80" w:rsidRDefault="00DC0F80" w:rsidP="00FD1E05">
      <w:pPr>
        <w:spacing w:after="0" w:line="240" w:lineRule="auto"/>
      </w:pPr>
      <w:r>
        <w:separator/>
      </w:r>
    </w:p>
  </w:footnote>
  <w:footnote w:type="continuationSeparator" w:id="0">
    <w:p w14:paraId="24AA3A3C" w14:textId="77777777" w:rsidR="00DC0F80" w:rsidRDefault="00DC0F80" w:rsidP="00FD1E05">
      <w:pPr>
        <w:spacing w:after="0" w:line="240" w:lineRule="auto"/>
      </w:pPr>
      <w:r>
        <w:continuationSeparator/>
      </w:r>
    </w:p>
  </w:footnote>
  <w:footnote w:type="continuationNotice" w:id="1">
    <w:p w14:paraId="67FA179D" w14:textId="77777777" w:rsidR="00DC0F80" w:rsidRDefault="00DC0F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Arial" w:hAnsi="Arial"/>
        <w:color w:val="1A9AA0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▪"/>
      <w:lvlJc w:val="left"/>
      <w:pPr>
        <w:tabs>
          <w:tab w:val="num" w:pos="1080"/>
        </w:tabs>
        <w:ind w:left="1080" w:hanging="360"/>
      </w:pPr>
      <w:rPr>
        <w:rFonts w:ascii="Arial" w:hAnsi="Arial"/>
        <w:color w:val="1A9AA0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▪"/>
      <w:lvlJc w:val="left"/>
      <w:pPr>
        <w:tabs>
          <w:tab w:val="num" w:pos="720"/>
        </w:tabs>
        <w:ind w:left="720" w:hanging="360"/>
      </w:pPr>
      <w:rPr>
        <w:rFonts w:ascii="Arial" w:hAnsi="Arial"/>
        <w:color w:val="1A9AA0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▪"/>
      <w:lvlJc w:val="left"/>
      <w:pPr>
        <w:tabs>
          <w:tab w:val="num" w:pos="360"/>
        </w:tabs>
        <w:ind w:left="360" w:hanging="360"/>
      </w:pPr>
      <w:rPr>
        <w:rFonts w:ascii="Arial" w:hAnsi="Arial"/>
        <w:color w:val="1A9AA0"/>
      </w:rPr>
    </w:lvl>
  </w:abstractNum>
  <w:abstractNum w:abstractNumId="9" w15:restartNumberingAfterBreak="0">
    <w:nsid w:val="08EC6B4E"/>
    <w:multiLevelType w:val="hybridMultilevel"/>
    <w:tmpl w:val="A4328926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0" w15:restartNumberingAfterBreak="0">
    <w:nsid w:val="2A320149"/>
    <w:multiLevelType w:val="hybridMultilevel"/>
    <w:tmpl w:val="CD5A8EDA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FFFFFFFF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FFFFFFFF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FFFFFFFF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FFFFFFFF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FFFFFFFF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FFFFFFFF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FFFFFFFF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FFFFFFFF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1" w15:restartNumberingAfterBreak="0">
    <w:nsid w:val="36DF36D0"/>
    <w:multiLevelType w:val="hybridMultilevel"/>
    <w:tmpl w:val="28DE2408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2" w15:restartNumberingAfterBreak="0">
    <w:nsid w:val="3A33759E"/>
    <w:multiLevelType w:val="hybridMultilevel"/>
    <w:tmpl w:val="E20C7690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3" w15:restartNumberingAfterBreak="0">
    <w:nsid w:val="5CC84062"/>
    <w:multiLevelType w:val="hybridMultilevel"/>
    <w:tmpl w:val="7E64374A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4" w15:restartNumberingAfterBreak="0">
    <w:nsid w:val="68D44D29"/>
    <w:multiLevelType w:val="hybridMultilevel"/>
    <w:tmpl w:val="CA1C2678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5" w15:restartNumberingAfterBreak="0">
    <w:nsid w:val="6B0C6AEC"/>
    <w:multiLevelType w:val="hybridMultilevel"/>
    <w:tmpl w:val="EA0EE2C0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abstractNum w:abstractNumId="16" w15:restartNumberingAfterBreak="0">
    <w:nsid w:val="6C9A171A"/>
    <w:multiLevelType w:val="hybridMultilevel"/>
    <w:tmpl w:val="099C0EEE"/>
    <w:lvl w:ilvl="0" w:tplc="20000001">
      <w:start w:val="1"/>
      <w:numFmt w:val="bullet"/>
      <w:lvlText w:val="▪"/>
      <w:lvlJc w:val="left"/>
      <w:pPr>
        <w:ind w:left="720" w:hanging="360"/>
      </w:pPr>
      <w:rPr>
        <w:rFonts w:ascii="Arial" w:hAnsi="Arial"/>
        <w:color w:val="1A9AA0"/>
      </w:rPr>
    </w:lvl>
    <w:lvl w:ilvl="1" w:tplc="20000003" w:tentative="1">
      <w:start w:val="1"/>
      <w:numFmt w:val="bullet"/>
      <w:lvlText w:val="▪"/>
      <w:lvlJc w:val="left"/>
      <w:pPr>
        <w:ind w:left="1440" w:hanging="360"/>
      </w:pPr>
      <w:rPr>
        <w:rFonts w:ascii="Arial" w:hAnsi="Arial"/>
        <w:color w:val="1A9AA0"/>
      </w:rPr>
    </w:lvl>
    <w:lvl w:ilvl="2" w:tplc="20000005" w:tentative="1">
      <w:start w:val="1"/>
      <w:numFmt w:val="bullet"/>
      <w:lvlText w:val="▪"/>
      <w:lvlJc w:val="left"/>
      <w:pPr>
        <w:ind w:left="2160" w:hanging="360"/>
      </w:pPr>
      <w:rPr>
        <w:rFonts w:ascii="Arial" w:hAnsi="Arial"/>
        <w:color w:val="1A9AA0"/>
      </w:rPr>
    </w:lvl>
    <w:lvl w:ilvl="3" w:tplc="20000001" w:tentative="1">
      <w:start w:val="1"/>
      <w:numFmt w:val="bullet"/>
      <w:lvlText w:val="▪"/>
      <w:lvlJc w:val="left"/>
      <w:pPr>
        <w:ind w:left="2880" w:hanging="360"/>
      </w:pPr>
      <w:rPr>
        <w:rFonts w:ascii="Arial" w:hAnsi="Arial"/>
        <w:color w:val="1A9AA0"/>
      </w:rPr>
    </w:lvl>
    <w:lvl w:ilvl="4" w:tplc="20000003" w:tentative="1">
      <w:start w:val="1"/>
      <w:numFmt w:val="bullet"/>
      <w:lvlText w:val="▪"/>
      <w:lvlJc w:val="left"/>
      <w:pPr>
        <w:ind w:left="3600" w:hanging="360"/>
      </w:pPr>
      <w:rPr>
        <w:rFonts w:ascii="Arial" w:hAnsi="Arial"/>
        <w:color w:val="1A9AA0"/>
      </w:rPr>
    </w:lvl>
    <w:lvl w:ilvl="5" w:tplc="20000005" w:tentative="1">
      <w:start w:val="1"/>
      <w:numFmt w:val="bullet"/>
      <w:lvlText w:val="▪"/>
      <w:lvlJc w:val="left"/>
      <w:pPr>
        <w:ind w:left="4320" w:hanging="360"/>
      </w:pPr>
      <w:rPr>
        <w:rFonts w:ascii="Arial" w:hAnsi="Arial"/>
        <w:color w:val="1A9AA0"/>
      </w:rPr>
    </w:lvl>
    <w:lvl w:ilvl="6" w:tplc="20000001" w:tentative="1">
      <w:start w:val="1"/>
      <w:numFmt w:val="bullet"/>
      <w:lvlText w:val="▪"/>
      <w:lvlJc w:val="left"/>
      <w:pPr>
        <w:ind w:left="5040" w:hanging="360"/>
      </w:pPr>
      <w:rPr>
        <w:rFonts w:ascii="Arial" w:hAnsi="Arial"/>
        <w:color w:val="1A9AA0"/>
      </w:rPr>
    </w:lvl>
    <w:lvl w:ilvl="7" w:tplc="20000003" w:tentative="1">
      <w:start w:val="1"/>
      <w:numFmt w:val="bullet"/>
      <w:lvlText w:val="▪"/>
      <w:lvlJc w:val="left"/>
      <w:pPr>
        <w:ind w:left="5760" w:hanging="360"/>
      </w:pPr>
      <w:rPr>
        <w:rFonts w:ascii="Arial" w:hAnsi="Arial"/>
        <w:color w:val="1A9AA0"/>
      </w:rPr>
    </w:lvl>
    <w:lvl w:ilvl="8" w:tplc="20000005" w:tentative="1">
      <w:start w:val="1"/>
      <w:numFmt w:val="bullet"/>
      <w:lvlText w:val="▪"/>
      <w:lvlJc w:val="left"/>
      <w:pPr>
        <w:ind w:left="6480" w:hanging="360"/>
      </w:pPr>
      <w:rPr>
        <w:rFonts w:ascii="Arial" w:hAnsi="Arial"/>
        <w:color w:val="1A9AA0"/>
      </w:rPr>
    </w:lvl>
  </w:abstractNum>
  <w:num w:numId="1" w16cid:durableId="1582912450">
    <w:abstractNumId w:val="8"/>
  </w:num>
  <w:num w:numId="2" w16cid:durableId="1853108530">
    <w:abstractNumId w:val="6"/>
  </w:num>
  <w:num w:numId="3" w16cid:durableId="692075590">
    <w:abstractNumId w:val="5"/>
  </w:num>
  <w:num w:numId="4" w16cid:durableId="869489758">
    <w:abstractNumId w:val="4"/>
  </w:num>
  <w:num w:numId="5" w16cid:durableId="1350058563">
    <w:abstractNumId w:val="7"/>
  </w:num>
  <w:num w:numId="6" w16cid:durableId="1150711075">
    <w:abstractNumId w:val="3"/>
  </w:num>
  <w:num w:numId="7" w16cid:durableId="1421950172">
    <w:abstractNumId w:val="2"/>
  </w:num>
  <w:num w:numId="8" w16cid:durableId="1760717306">
    <w:abstractNumId w:val="1"/>
  </w:num>
  <w:num w:numId="9" w16cid:durableId="1959292867">
    <w:abstractNumId w:val="0"/>
  </w:num>
  <w:num w:numId="10" w16cid:durableId="590773130">
    <w:abstractNumId w:val="11"/>
  </w:num>
  <w:num w:numId="11" w16cid:durableId="90783933">
    <w:abstractNumId w:val="10"/>
  </w:num>
  <w:num w:numId="12" w16cid:durableId="1372463787">
    <w:abstractNumId w:val="12"/>
  </w:num>
  <w:num w:numId="13" w16cid:durableId="1260410060">
    <w:abstractNumId w:val="15"/>
  </w:num>
  <w:num w:numId="14" w16cid:durableId="1048721563">
    <w:abstractNumId w:val="13"/>
  </w:num>
  <w:num w:numId="15" w16cid:durableId="1794204795">
    <w:abstractNumId w:val="9"/>
  </w:num>
  <w:num w:numId="16" w16cid:durableId="445001309">
    <w:abstractNumId w:val="16"/>
  </w:num>
  <w:num w:numId="17" w16cid:durableId="20632823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443"/>
    <w:rsid w:val="0000605A"/>
    <w:rsid w:val="00012057"/>
    <w:rsid w:val="00034616"/>
    <w:rsid w:val="000559FE"/>
    <w:rsid w:val="0006063C"/>
    <w:rsid w:val="00084A9D"/>
    <w:rsid w:val="000B7FFC"/>
    <w:rsid w:val="000C320A"/>
    <w:rsid w:val="001019D2"/>
    <w:rsid w:val="0011266A"/>
    <w:rsid w:val="00112E3F"/>
    <w:rsid w:val="001267B6"/>
    <w:rsid w:val="00147427"/>
    <w:rsid w:val="0015074B"/>
    <w:rsid w:val="00151190"/>
    <w:rsid w:val="0016508B"/>
    <w:rsid w:val="00175D03"/>
    <w:rsid w:val="001861F1"/>
    <w:rsid w:val="00192C24"/>
    <w:rsid w:val="001A03A6"/>
    <w:rsid w:val="001B3333"/>
    <w:rsid w:val="001B4AF8"/>
    <w:rsid w:val="001D08A2"/>
    <w:rsid w:val="001D488B"/>
    <w:rsid w:val="001E78D3"/>
    <w:rsid w:val="001F07A0"/>
    <w:rsid w:val="00221F4B"/>
    <w:rsid w:val="00232A9A"/>
    <w:rsid w:val="00232F5A"/>
    <w:rsid w:val="002402DC"/>
    <w:rsid w:val="00263339"/>
    <w:rsid w:val="00264945"/>
    <w:rsid w:val="00273618"/>
    <w:rsid w:val="0029639D"/>
    <w:rsid w:val="002A65CD"/>
    <w:rsid w:val="00325A61"/>
    <w:rsid w:val="00326F90"/>
    <w:rsid w:val="00345509"/>
    <w:rsid w:val="003576AB"/>
    <w:rsid w:val="00361CDE"/>
    <w:rsid w:val="00364638"/>
    <w:rsid w:val="00365F04"/>
    <w:rsid w:val="00367788"/>
    <w:rsid w:val="003E10C7"/>
    <w:rsid w:val="003F00D1"/>
    <w:rsid w:val="00420C8F"/>
    <w:rsid w:val="004312A5"/>
    <w:rsid w:val="00494585"/>
    <w:rsid w:val="004E5AC8"/>
    <w:rsid w:val="004E6179"/>
    <w:rsid w:val="005067C1"/>
    <w:rsid w:val="005523A5"/>
    <w:rsid w:val="005622F6"/>
    <w:rsid w:val="00565F89"/>
    <w:rsid w:val="00575326"/>
    <w:rsid w:val="005840CE"/>
    <w:rsid w:val="00591AEF"/>
    <w:rsid w:val="005A60BC"/>
    <w:rsid w:val="005D18C5"/>
    <w:rsid w:val="005D6953"/>
    <w:rsid w:val="005E25A9"/>
    <w:rsid w:val="005F42D2"/>
    <w:rsid w:val="00605560"/>
    <w:rsid w:val="00626F8F"/>
    <w:rsid w:val="0063100B"/>
    <w:rsid w:val="0064069B"/>
    <w:rsid w:val="006411DE"/>
    <w:rsid w:val="00641533"/>
    <w:rsid w:val="006545DD"/>
    <w:rsid w:val="0069284A"/>
    <w:rsid w:val="00693508"/>
    <w:rsid w:val="006D1F16"/>
    <w:rsid w:val="00700C42"/>
    <w:rsid w:val="0070207D"/>
    <w:rsid w:val="007074D7"/>
    <w:rsid w:val="00727F6C"/>
    <w:rsid w:val="00730865"/>
    <w:rsid w:val="007365E5"/>
    <w:rsid w:val="00736C4E"/>
    <w:rsid w:val="00744266"/>
    <w:rsid w:val="00757E46"/>
    <w:rsid w:val="00785A0D"/>
    <w:rsid w:val="007D163B"/>
    <w:rsid w:val="007D55F9"/>
    <w:rsid w:val="007E43DA"/>
    <w:rsid w:val="00813A2A"/>
    <w:rsid w:val="00822AAB"/>
    <w:rsid w:val="00842113"/>
    <w:rsid w:val="00847C44"/>
    <w:rsid w:val="00856690"/>
    <w:rsid w:val="00876A05"/>
    <w:rsid w:val="008815A3"/>
    <w:rsid w:val="008A7B03"/>
    <w:rsid w:val="008B04D0"/>
    <w:rsid w:val="008C3FEE"/>
    <w:rsid w:val="008E4779"/>
    <w:rsid w:val="008E598E"/>
    <w:rsid w:val="00942EBD"/>
    <w:rsid w:val="00954BDD"/>
    <w:rsid w:val="00963572"/>
    <w:rsid w:val="009B71BD"/>
    <w:rsid w:val="009C6F13"/>
    <w:rsid w:val="00A17D2D"/>
    <w:rsid w:val="00A65CB1"/>
    <w:rsid w:val="00A94E17"/>
    <w:rsid w:val="00AA1D8D"/>
    <w:rsid w:val="00AB3F65"/>
    <w:rsid w:val="00AF06DB"/>
    <w:rsid w:val="00AF2F99"/>
    <w:rsid w:val="00AF522E"/>
    <w:rsid w:val="00B00BD2"/>
    <w:rsid w:val="00B01297"/>
    <w:rsid w:val="00B149D8"/>
    <w:rsid w:val="00B37F98"/>
    <w:rsid w:val="00B46ADA"/>
    <w:rsid w:val="00B47730"/>
    <w:rsid w:val="00B505BD"/>
    <w:rsid w:val="00B736DA"/>
    <w:rsid w:val="00B94B9C"/>
    <w:rsid w:val="00BA04FD"/>
    <w:rsid w:val="00BB4F8C"/>
    <w:rsid w:val="00BB5F11"/>
    <w:rsid w:val="00BD48BF"/>
    <w:rsid w:val="00BE05D9"/>
    <w:rsid w:val="00BF390E"/>
    <w:rsid w:val="00C10E09"/>
    <w:rsid w:val="00C35750"/>
    <w:rsid w:val="00C60E31"/>
    <w:rsid w:val="00C657FB"/>
    <w:rsid w:val="00CA3261"/>
    <w:rsid w:val="00CA4DD0"/>
    <w:rsid w:val="00CB0664"/>
    <w:rsid w:val="00CE1FEC"/>
    <w:rsid w:val="00CF392A"/>
    <w:rsid w:val="00D20D9B"/>
    <w:rsid w:val="00D27582"/>
    <w:rsid w:val="00D5053F"/>
    <w:rsid w:val="00D71241"/>
    <w:rsid w:val="00DA53D4"/>
    <w:rsid w:val="00DC0F80"/>
    <w:rsid w:val="00DE2FCA"/>
    <w:rsid w:val="00DF151C"/>
    <w:rsid w:val="00E15E99"/>
    <w:rsid w:val="00E2506D"/>
    <w:rsid w:val="00E44E5A"/>
    <w:rsid w:val="00E5141A"/>
    <w:rsid w:val="00E62F7E"/>
    <w:rsid w:val="00E73373"/>
    <w:rsid w:val="00E73C9D"/>
    <w:rsid w:val="00EC67CA"/>
    <w:rsid w:val="00EF5558"/>
    <w:rsid w:val="00EF5609"/>
    <w:rsid w:val="00EF667B"/>
    <w:rsid w:val="00EF7CFE"/>
    <w:rsid w:val="00F11E35"/>
    <w:rsid w:val="00F30843"/>
    <w:rsid w:val="00F6664F"/>
    <w:rsid w:val="00F958EE"/>
    <w:rsid w:val="00FC2FCB"/>
    <w:rsid w:val="00FC693F"/>
    <w:rsid w:val="00FD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82697D3"/>
  <w14:defaultImageDpi w14:val="300"/>
  <w15:docId w15:val="{6DF17B65-6DDB-4BED-A2D3-1A690431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color w:val="222222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B505B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505B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B505B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505B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505BD"/>
    <w:rPr>
      <w:b/>
      <w:bCs/>
      <w:sz w:val="20"/>
      <w:szCs w:val="20"/>
    </w:rPr>
  </w:style>
  <w:style w:type="paragraph" w:customStyle="1" w:styleId="isselectedend">
    <w:name w:val="isselectedend"/>
    <w:basedOn w:val="Standaard"/>
    <w:rsid w:val="00EC6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alweb">
    <w:name w:val="Normal (Web)"/>
    <w:basedOn w:val="Standaard"/>
    <w:uiPriority w:val="99"/>
    <w:unhideWhenUsed/>
    <w:rsid w:val="00EC67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f0">
    <w:name w:val="pf0"/>
    <w:basedOn w:val="Standaard"/>
    <w:rsid w:val="0064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character" w:customStyle="1" w:styleId="cf01">
    <w:name w:val="cf01"/>
    <w:basedOn w:val="Standaardalinea-lettertype"/>
    <w:rsid w:val="006411D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5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3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6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51948F8B9267459AAB9A9E5DDC7A7C" ma:contentTypeVersion="23" ma:contentTypeDescription="Create a new document." ma:contentTypeScope="" ma:versionID="9827b6001719c2e9495039c2d514ad85">
  <xsd:schema xmlns:xsd="http://www.w3.org/2001/XMLSchema" xmlns:xs="http://www.w3.org/2001/XMLSchema" xmlns:p="http://schemas.microsoft.com/office/2006/metadata/properties" xmlns:ns2="c4c55139-8f21-4cdf-a965-4164c96b2c0a" xmlns:ns3="25c466d1-6c21-4795-a149-ed46c30ad847" targetNamespace="http://schemas.microsoft.com/office/2006/metadata/properties" ma:root="true" ma:fieldsID="b73460093cdd0e97c186f9a08da91322" ns2:_="" ns3:_="">
    <xsd:import namespace="c4c55139-8f21-4cdf-a965-4164c96b2c0a"/>
    <xsd:import namespace="25c466d1-6c21-4795-a149-ed46c30ad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55139-8f21-4cdf-a965-4164c96b2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15342e6-db2d-45fe-b3dd-cd2d560fb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c466d1-6c21-4795-a149-ed46c30ad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0f5cebc-3d77-4e11-ac66-56825192a41f}" ma:internalName="TaxCatchAll" ma:showField="CatchAllData" ma:web="25c466d1-6c21-4795-a149-ed46c30ad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c466d1-6c21-4795-a149-ed46c30ad847" xsi:nil="true"/>
    <lcf76f155ced4ddcb4097134ff3c332f xmlns="c4c55139-8f21-4cdf-a965-4164c96b2c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845A61-03DB-476F-835C-BD5C2AF354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55139-8f21-4cdf-a965-4164c96b2c0a"/>
    <ds:schemaRef ds:uri="25c466d1-6c21-4795-a149-ed46c30ad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79E1A8-3172-4552-A10D-8389A695F503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terms/"/>
    <ds:schemaRef ds:uri="c4c55139-8f21-4cdf-a965-4164c96b2c0a"/>
    <ds:schemaRef ds:uri="http://schemas.microsoft.com/office/infopath/2007/PartnerControls"/>
    <ds:schemaRef ds:uri="http://www.w3.org/XML/1998/namespace"/>
    <ds:schemaRef ds:uri="http://purl.org/dc/elements/1.1/"/>
    <ds:schemaRef ds:uri="25c466d1-6c21-4795-a149-ed46c30ad847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2010A4D-6E21-4AC6-8777-2084F74CC3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709</Words>
  <Characters>4043</Characters>
  <Application>Microsoft Office Word</Application>
  <DocSecurity>0</DocSecurity>
  <Lines>33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Mpourtzos</dc:creator>
  <cp:keywords/>
  <dc:description>generated by python-docx</dc:description>
  <cp:lastModifiedBy>Marie Mpourtzos</cp:lastModifiedBy>
  <cp:revision>6</cp:revision>
  <dcterms:created xsi:type="dcterms:W3CDTF">2026-10-09T14:07:00Z</dcterms:created>
  <dcterms:modified xsi:type="dcterms:W3CDTF">2026-10-12T12:46:00Z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0x0101008451948F8B9267459AAB9A9E5DDC7A7C</vt:lpwstr>
  </property>
  <property fmtid="{D5CDD505-2E9C-101B-9397-08002B2CF9AE}" pid="3" name="MediaServiceImageTags">
    <vt:lpwstr/>
  </property>
</Properties>
</file>