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FB3CF5" w14:textId="77777777" w:rsidR="00302CFB" w:rsidRPr="005921EF" w:rsidRDefault="003B60CD">
      <w:pPr>
        <w:pStyle w:val="Titel"/>
        <w:keepNext/>
        <w:keepLines/>
        <w:spacing w:after="360" w:line="276" w:lineRule="auto"/>
        <w:jc w:val="center"/>
        <w:rPr>
          <w:rFonts w:ascii="Arial" w:hAnsi="Arial" w:cs="Arial"/>
          <w:b/>
          <w:color w:val="FF9A31"/>
          <w:sz w:val="48"/>
          <w:szCs w:val="48"/>
          <w:lang w:val="nl-NL"/>
        </w:rPr>
      </w:pPr>
      <w:r w:rsidRPr="00EC225D">
        <w:rPr>
          <w:rFonts w:ascii="Arial" w:hAnsi="Arial" w:cs="Arial"/>
          <w:b/>
          <w:bCs/>
          <w:color w:val="1A9AA0"/>
          <w:sz w:val="40"/>
          <w:szCs w:val="40"/>
          <w:lang w:val="nl-NL"/>
        </w:rPr>
        <w:t>Peter- of meterschap - charter</w:t>
      </w:r>
    </w:p>
    <w:p w14:paraId="255E5C65" w14:textId="77777777" w:rsidR="00302CFB" w:rsidRPr="005921EF" w:rsidRDefault="0025500E">
      <w:pPr>
        <w:pStyle w:val="Kop2"/>
        <w:spacing w:after="160"/>
        <w:rPr>
          <w:rFonts w:ascii="Arial" w:hAnsi="Arial" w:cs="Arial"/>
          <w:color w:val="087990"/>
          <w:sz w:val="28"/>
          <w:szCs w:val="28"/>
          <w:lang w:val="nl-NL"/>
        </w:rPr>
      </w:pPr>
      <w:r w:rsidRPr="005921EF">
        <w:rPr>
          <w:rFonts w:ascii="Arial" w:hAnsi="Arial" w:cs="Arial"/>
          <w:color w:val="F39200"/>
          <w:lang w:val="nl-NL"/>
        </w:rPr>
        <w:t xml:space="preserve">Mijn </w:t>
      </w:r>
      <w:r w:rsidR="00E030DD" w:rsidRPr="005921EF">
        <w:rPr>
          <w:rFonts w:ascii="Arial" w:hAnsi="Arial" w:cs="Arial"/>
          <w:color w:val="F39200"/>
          <w:lang w:val="nl-NL"/>
        </w:rPr>
        <w:t>rol als peter/ meter</w:t>
      </w:r>
    </w:p>
    <w:p w14:paraId="300B5CEB" w14:textId="77777777" w:rsidR="00302CFB" w:rsidRPr="005921EF" w:rsidRDefault="00C87984">
      <w:pPr>
        <w:keepLines/>
        <w:spacing w:after="160"/>
        <w:rPr>
          <w:rFonts w:cs="Arial"/>
          <w:lang w:val="nl-NL"/>
        </w:rPr>
      </w:pPr>
      <w:r w:rsidRPr="005921EF">
        <w:rPr>
          <w:rFonts w:cs="Arial"/>
          <w:lang w:val="nl-NL"/>
        </w:rPr>
        <w:t>Als peter of meter ben ik een aanspreekpunt voor een nieuwe colleg</w:t>
      </w:r>
      <w:r w:rsidR="008C6730" w:rsidRPr="005921EF">
        <w:rPr>
          <w:rFonts w:cs="Arial"/>
          <w:lang w:val="nl-NL"/>
        </w:rPr>
        <w:t>a</w:t>
      </w:r>
      <w:r w:rsidRPr="005921EF">
        <w:rPr>
          <w:rFonts w:cs="Arial"/>
          <w:lang w:val="nl-NL"/>
        </w:rPr>
        <w:t xml:space="preserve"> </w:t>
      </w:r>
      <w:r w:rsidR="0025500E" w:rsidRPr="005921EF">
        <w:rPr>
          <w:rFonts w:cs="Arial"/>
          <w:lang w:val="nl-NL"/>
        </w:rPr>
        <w:t>tijdens zijn of haar inwerkperiode.</w:t>
      </w:r>
    </w:p>
    <w:p w14:paraId="3EF86F20" w14:textId="77777777" w:rsidR="0093160D" w:rsidRPr="005921EF" w:rsidRDefault="0093160D">
      <w:pPr>
        <w:keepLines/>
        <w:spacing w:after="160"/>
        <w:rPr>
          <w:rFonts w:cs="Arial"/>
          <w:lang w:val="nl-NL"/>
        </w:rPr>
      </w:pPr>
      <w:r w:rsidRPr="005921EF">
        <w:rPr>
          <w:rFonts w:cs="Arial"/>
          <w:lang w:val="nl-NL"/>
        </w:rPr>
        <w:t>Ik zorg ervoor dat mijn nieuwe collega zich welkom voelt</w:t>
      </w:r>
      <w:r w:rsidR="008B087B" w:rsidRPr="005921EF">
        <w:rPr>
          <w:rFonts w:cs="Arial"/>
          <w:lang w:val="nl-NL"/>
        </w:rPr>
        <w:t>. Ik zal deze nieuwe collega</w:t>
      </w:r>
      <w:r w:rsidRPr="005921EF">
        <w:rPr>
          <w:rFonts w:cs="Arial"/>
          <w:lang w:val="nl-NL"/>
        </w:rPr>
        <w:t xml:space="preserve"> begeleiden en mijn ervaring en praktische tips te delen. Zo help ik hem of haar om stap voor stap de job en de werking van de organisatie te leren kennen.</w:t>
      </w:r>
    </w:p>
    <w:p w14:paraId="5BCBEA9A" w14:textId="77777777" w:rsidR="00302CFB" w:rsidRPr="005921EF" w:rsidRDefault="00370E9C">
      <w:pPr>
        <w:keepLines/>
        <w:spacing w:after="160"/>
        <w:rPr>
          <w:rFonts w:cs="Arial"/>
          <w:lang w:val="nl-NL"/>
        </w:rPr>
      </w:pPr>
      <w:r w:rsidRPr="005921EF">
        <w:rPr>
          <w:rFonts w:cs="Arial"/>
          <w:lang w:val="nl-NL"/>
        </w:rPr>
        <w:t xml:space="preserve">Ik draag bij aan het creëren van een </w:t>
      </w:r>
      <w:r w:rsidR="00202B17" w:rsidRPr="005921EF">
        <w:rPr>
          <w:rFonts w:cs="Arial"/>
          <w:lang w:val="nl-NL"/>
        </w:rPr>
        <w:t>goede samenwerking</w:t>
      </w:r>
      <w:r w:rsidRPr="005921EF">
        <w:rPr>
          <w:rFonts w:cs="Arial"/>
          <w:lang w:val="nl-NL"/>
        </w:rPr>
        <w:t xml:space="preserve"> tussen de nieuwe </w:t>
      </w:r>
      <w:r w:rsidR="00202B17" w:rsidRPr="005921EF">
        <w:rPr>
          <w:rFonts w:cs="Arial"/>
          <w:lang w:val="nl-NL"/>
        </w:rPr>
        <w:t>collega</w:t>
      </w:r>
      <w:r w:rsidRPr="005921EF">
        <w:rPr>
          <w:rFonts w:cs="Arial"/>
          <w:lang w:val="nl-NL"/>
        </w:rPr>
        <w:t>, het team en de organisatie.</w:t>
      </w:r>
    </w:p>
    <w:p w14:paraId="38F3F6D4" w14:textId="72B6893C" w:rsidR="00302CFB" w:rsidRPr="00EC225D" w:rsidRDefault="0025500E">
      <w:pPr>
        <w:pStyle w:val="Kop2"/>
        <w:spacing w:after="160"/>
        <w:rPr>
          <w:rFonts w:ascii="Arial" w:hAnsi="Arial" w:cs="Arial"/>
          <w:b w:val="0"/>
          <w:bCs w:val="0"/>
          <w:color w:val="1A9AA0"/>
          <w:sz w:val="32"/>
          <w:szCs w:val="32"/>
          <w:lang w:val="nl-NL"/>
        </w:rPr>
      </w:pPr>
      <w:r w:rsidRPr="00EC225D">
        <w:rPr>
          <w:rFonts w:ascii="Arial" w:hAnsi="Arial" w:cs="Arial"/>
          <w:b w:val="0"/>
          <w:bCs w:val="0"/>
          <w:color w:val="1A9AA0"/>
          <w:sz w:val="32"/>
          <w:szCs w:val="32"/>
          <w:lang w:val="nl-NL"/>
        </w:rPr>
        <w:t>Mijn engagementen als peter of meter</w:t>
      </w:r>
      <w:r w:rsidR="00DA3741">
        <w:rPr>
          <w:rFonts w:ascii="Arial" w:hAnsi="Arial" w:cs="Arial"/>
          <w:b w:val="0"/>
          <w:bCs w:val="0"/>
          <w:color w:val="1A9AA0"/>
          <w:sz w:val="32"/>
          <w:szCs w:val="32"/>
          <w:lang w:val="nl-NL"/>
        </w:rPr>
        <w:t>:</w:t>
      </w:r>
    </w:p>
    <w:p w14:paraId="0250F78A" w14:textId="19FE125B" w:rsidR="008C06F1" w:rsidRDefault="00413C84" w:rsidP="00167AE3">
      <w:pPr>
        <w:keepLines/>
        <w:numPr>
          <w:ilvl w:val="0"/>
          <w:numId w:val="16"/>
        </w:numPr>
        <w:spacing w:after="60" w:line="264" w:lineRule="auto"/>
        <w:rPr>
          <w:rFonts w:cs="Arial"/>
          <w:lang w:val="nl-NL"/>
        </w:rPr>
      </w:pPr>
      <w:r w:rsidRPr="005921EF">
        <w:rPr>
          <w:rStyle w:val="Zwaar"/>
          <w:rFonts w:cs="Arial"/>
          <w:lang w:val="nl-NL"/>
        </w:rPr>
        <w:t>Ik heet mijn nieuwe collega welkom</w:t>
      </w:r>
      <w:r w:rsidR="0088677A">
        <w:rPr>
          <w:rStyle w:val="Zwaar"/>
          <w:rFonts w:cs="Arial"/>
          <w:lang w:val="nl-NL"/>
        </w:rPr>
        <w:t>.</w:t>
      </w:r>
      <w:r w:rsidRPr="00F22490">
        <w:rPr>
          <w:rFonts w:cs="Arial"/>
          <w:lang w:val="nl-NL"/>
        </w:rPr>
        <w:br/>
      </w:r>
      <w:r w:rsidRPr="005921EF">
        <w:rPr>
          <w:rFonts w:cs="Arial"/>
          <w:lang w:val="nl-NL"/>
        </w:rPr>
        <w:t>Ik zorg voor een warme ontvangst, maak tijd voor een eerste kennismaking en help mijn nieuwe collega om zich snel op zijn of haar gemak te voelen.</w:t>
      </w:r>
    </w:p>
    <w:p w14:paraId="77351869" w14:textId="19D21755" w:rsidR="008C06F1" w:rsidRDefault="00413C84" w:rsidP="00167AE3">
      <w:pPr>
        <w:keepLines/>
        <w:numPr>
          <w:ilvl w:val="0"/>
          <w:numId w:val="16"/>
        </w:numPr>
        <w:spacing w:after="60" w:line="264" w:lineRule="auto"/>
        <w:rPr>
          <w:rFonts w:cs="Arial"/>
          <w:lang w:val="nl-NL"/>
        </w:rPr>
      </w:pPr>
      <w:r w:rsidRPr="00C62A16">
        <w:rPr>
          <w:rStyle w:val="Zwaar"/>
          <w:rFonts w:cs="Arial"/>
          <w:lang w:val="nl-NL"/>
        </w:rPr>
        <w:t>Ik deel mijn ervaring en kennis</w:t>
      </w:r>
      <w:r w:rsidR="0088677A">
        <w:rPr>
          <w:rStyle w:val="Zwaar"/>
          <w:rFonts w:cs="Arial"/>
          <w:lang w:val="nl-NL"/>
        </w:rPr>
        <w:t>.</w:t>
      </w:r>
      <w:r w:rsidRPr="00F22490">
        <w:rPr>
          <w:rFonts w:cs="Arial"/>
          <w:lang w:val="nl-NL"/>
        </w:rPr>
        <w:br/>
      </w:r>
      <w:r w:rsidRPr="008C06F1">
        <w:rPr>
          <w:rFonts w:cs="Arial"/>
          <w:lang w:val="nl-NL"/>
        </w:rPr>
        <w:t>Ik leg uit hoe de job in de praktijk verloopt en deel mijn ervaring, handige tips en goede werkgewoonten.</w:t>
      </w:r>
    </w:p>
    <w:p w14:paraId="4AF66597" w14:textId="2BD5C73C" w:rsidR="008C06F1" w:rsidRDefault="00413C84" w:rsidP="00167AE3">
      <w:pPr>
        <w:keepLines/>
        <w:numPr>
          <w:ilvl w:val="0"/>
          <w:numId w:val="16"/>
        </w:numPr>
        <w:spacing w:after="60" w:line="264" w:lineRule="auto"/>
        <w:rPr>
          <w:rFonts w:cs="Arial"/>
          <w:lang w:val="nl-NL"/>
        </w:rPr>
      </w:pPr>
      <w:r w:rsidRPr="008C06F1">
        <w:rPr>
          <w:rStyle w:val="Zwaar"/>
          <w:rFonts w:cs="Arial"/>
          <w:lang w:val="nl-NL"/>
        </w:rPr>
        <w:t>Ik leg uit en begeleid</w:t>
      </w:r>
      <w:r w:rsidR="0088677A">
        <w:rPr>
          <w:rStyle w:val="Zwaar"/>
          <w:rFonts w:cs="Arial"/>
          <w:lang w:val="nl-NL"/>
        </w:rPr>
        <w:t>.</w:t>
      </w:r>
      <w:r w:rsidRPr="008C06F1">
        <w:rPr>
          <w:rFonts w:cs="Arial"/>
          <w:lang w:val="nl-NL"/>
        </w:rPr>
        <w:br/>
        <w:t xml:space="preserve">Ik maak mijn collega wegwijs in de werking van de organisatie, de afspraken en de manier van werken. Ik </w:t>
      </w:r>
      <w:r w:rsidR="00893196" w:rsidRPr="008C06F1">
        <w:rPr>
          <w:rFonts w:cs="Arial"/>
          <w:lang w:val="nl-NL"/>
        </w:rPr>
        <w:t xml:space="preserve">geef door </w:t>
      </w:r>
      <w:r w:rsidRPr="008C06F1">
        <w:rPr>
          <w:rFonts w:cs="Arial"/>
          <w:lang w:val="nl-NL"/>
        </w:rPr>
        <w:t xml:space="preserve">ook bij wie hij of zij terechtkan met </w:t>
      </w:r>
      <w:r w:rsidR="00893196" w:rsidRPr="008C06F1">
        <w:rPr>
          <w:rFonts w:cs="Arial"/>
          <w:lang w:val="nl-NL"/>
        </w:rPr>
        <w:t xml:space="preserve">extra </w:t>
      </w:r>
      <w:r w:rsidRPr="008C06F1">
        <w:rPr>
          <w:rFonts w:cs="Arial"/>
          <w:lang w:val="nl-NL"/>
        </w:rPr>
        <w:t>vragen.</w:t>
      </w:r>
    </w:p>
    <w:p w14:paraId="69A41C8F" w14:textId="43491AD8" w:rsidR="008C06F1" w:rsidRDefault="007E691A" w:rsidP="00167AE3">
      <w:pPr>
        <w:keepLines/>
        <w:numPr>
          <w:ilvl w:val="0"/>
          <w:numId w:val="16"/>
        </w:numPr>
        <w:spacing w:after="60" w:line="264" w:lineRule="auto"/>
        <w:rPr>
          <w:rFonts w:cs="Arial"/>
          <w:lang w:val="nl-NL"/>
        </w:rPr>
      </w:pPr>
      <w:r w:rsidRPr="008C06F1">
        <w:rPr>
          <w:rStyle w:val="Zwaar"/>
          <w:rFonts w:cs="Arial"/>
          <w:lang w:val="nl-NL"/>
        </w:rPr>
        <w:t>Ik luister en geef ondersteuning</w:t>
      </w:r>
      <w:r w:rsidR="0088677A">
        <w:rPr>
          <w:rStyle w:val="Zwaar"/>
          <w:rFonts w:cs="Arial"/>
          <w:lang w:val="nl-NL"/>
        </w:rPr>
        <w:t>.</w:t>
      </w:r>
      <w:r w:rsidRPr="008C06F1">
        <w:rPr>
          <w:rFonts w:cs="Arial"/>
          <w:lang w:val="nl-NL"/>
        </w:rPr>
        <w:br/>
        <w:t>Ik neem de tijd om naar vragen en bezorgdheden te luisteren. Ik moedig mijn collega aan en help hem of haar om stap voor stap vertrouwen op te bouwen.</w:t>
      </w:r>
    </w:p>
    <w:p w14:paraId="57E87775" w14:textId="6697A656" w:rsidR="008C06F1" w:rsidRDefault="007E691A" w:rsidP="00167AE3">
      <w:pPr>
        <w:keepLines/>
        <w:numPr>
          <w:ilvl w:val="0"/>
          <w:numId w:val="16"/>
        </w:numPr>
        <w:spacing w:after="60" w:line="264" w:lineRule="auto"/>
        <w:rPr>
          <w:rFonts w:cs="Arial"/>
          <w:lang w:val="nl-NL"/>
        </w:rPr>
      </w:pPr>
      <w:r w:rsidRPr="008C06F1">
        <w:rPr>
          <w:rStyle w:val="Zwaar"/>
          <w:rFonts w:cs="Arial"/>
          <w:lang w:val="nl-NL"/>
        </w:rPr>
        <w:t>Ik stimuleer zelfstandigheid</w:t>
      </w:r>
      <w:r w:rsidR="0088677A">
        <w:rPr>
          <w:rStyle w:val="Zwaar"/>
          <w:rFonts w:cs="Arial"/>
          <w:lang w:val="nl-NL"/>
        </w:rPr>
        <w:t>.</w:t>
      </w:r>
      <w:r w:rsidRPr="008C06F1">
        <w:rPr>
          <w:rFonts w:cs="Arial"/>
          <w:lang w:val="nl-NL"/>
        </w:rPr>
        <w:br/>
        <w:t>Ik neem het werk niet over, maar help mijn collega om zelfvertrouwen en de nodige vaardigheden te ontwikkelen. Mijn doel is dat hij of zij de job steeds zelfstandiger kan uitvoeren.</w:t>
      </w:r>
    </w:p>
    <w:p w14:paraId="0C3BB7B9" w14:textId="62D51139" w:rsidR="00F47129" w:rsidRPr="00337DEE" w:rsidRDefault="00AD1B05" w:rsidP="00167AE3">
      <w:pPr>
        <w:keepLines/>
        <w:numPr>
          <w:ilvl w:val="0"/>
          <w:numId w:val="16"/>
        </w:numPr>
        <w:spacing w:after="60" w:line="264" w:lineRule="auto"/>
        <w:rPr>
          <w:rFonts w:cs="Arial"/>
          <w:lang w:val="nl-NL"/>
        </w:rPr>
      </w:pPr>
      <w:r w:rsidRPr="008C06F1">
        <w:rPr>
          <w:rStyle w:val="Zwaar"/>
          <w:rFonts w:cs="Arial"/>
          <w:lang w:val="nl-NL"/>
        </w:rPr>
        <w:t>Ik respecteer de grenzen van mijn rol</w:t>
      </w:r>
      <w:r w:rsidR="0088677A">
        <w:rPr>
          <w:rStyle w:val="Zwaar"/>
          <w:rFonts w:cs="Arial"/>
          <w:lang w:val="nl-NL"/>
        </w:rPr>
        <w:t>.</w:t>
      </w:r>
      <w:r w:rsidRPr="008C06F1">
        <w:rPr>
          <w:rFonts w:cs="Arial"/>
          <w:lang w:val="nl-NL"/>
        </w:rPr>
        <w:br/>
        <w:t>Ik neem de taken van de kantoorverantwoordelijke niet over. Ik ben ook niet verantwoordelijk voor de evaluatie van het uitgevoerde werk.</w:t>
      </w:r>
    </w:p>
    <w:p w14:paraId="3146A87B" w14:textId="300C77D9" w:rsidR="00863E31" w:rsidRPr="00B40E17" w:rsidRDefault="00AD1B05" w:rsidP="00B40E17">
      <w:pPr>
        <w:spacing w:after="0" w:line="240" w:lineRule="auto"/>
        <w:rPr>
          <w:rFonts w:cs="Arial"/>
          <w:lang w:val="nl-NL"/>
        </w:rPr>
      </w:pPr>
      <w:r w:rsidRPr="00B40E17">
        <w:rPr>
          <w:rFonts w:cs="Arial"/>
          <w:lang w:val="nl-NL"/>
        </w:rPr>
        <w:t>Bij vragen of moeilijkheden help ik mijn collega om de juiste persoon binnen de organisatie te vinden.</w:t>
      </w:r>
    </w:p>
    <w:p w14:paraId="7EBA55B0" w14:textId="77777777" w:rsidR="00302CFB" w:rsidRPr="005921EF" w:rsidRDefault="0025500E" w:rsidP="00B40E17">
      <w:pPr>
        <w:keepLines/>
        <w:spacing w:after="0"/>
        <w:rPr>
          <w:rFonts w:cs="Arial"/>
          <w:lang w:val="nl-NL"/>
        </w:rPr>
      </w:pPr>
      <w:r w:rsidRPr="005921EF">
        <w:rPr>
          <w:rFonts w:cs="Arial"/>
          <w:lang w:val="nl-NL"/>
        </w:rPr>
        <w:t xml:space="preserve">Als peter of meter </w:t>
      </w:r>
      <w:r w:rsidR="00AD1B05" w:rsidRPr="005921EF">
        <w:rPr>
          <w:rFonts w:cs="Arial"/>
          <w:lang w:val="nl-NL"/>
        </w:rPr>
        <w:t>sta ik voor:</w:t>
      </w:r>
    </w:p>
    <w:p w14:paraId="4D764D6D" w14:textId="2302ABB3" w:rsidR="00302CFB" w:rsidRPr="005921EF" w:rsidRDefault="0025500E" w:rsidP="00B40E17">
      <w:pPr>
        <w:keepLines/>
        <w:numPr>
          <w:ilvl w:val="0"/>
          <w:numId w:val="15"/>
        </w:numPr>
        <w:spacing w:after="0" w:line="264" w:lineRule="auto"/>
        <w:ind w:left="560" w:hanging="240"/>
        <w:rPr>
          <w:rFonts w:cs="Arial"/>
          <w:lang w:val="nl-NL"/>
        </w:rPr>
      </w:pPr>
      <w:r w:rsidRPr="005921EF">
        <w:rPr>
          <w:rFonts w:cs="Arial"/>
          <w:lang w:val="nl-NL"/>
        </w:rPr>
        <w:t>Respect</w:t>
      </w:r>
    </w:p>
    <w:p w14:paraId="4E853E9D" w14:textId="6923F020" w:rsidR="00302CFB" w:rsidRPr="005921EF" w:rsidRDefault="00AD1B05" w:rsidP="00B40E17">
      <w:pPr>
        <w:keepLines/>
        <w:numPr>
          <w:ilvl w:val="0"/>
          <w:numId w:val="15"/>
        </w:numPr>
        <w:spacing w:after="0" w:line="264" w:lineRule="auto"/>
        <w:ind w:left="560" w:hanging="240"/>
        <w:rPr>
          <w:rFonts w:cs="Arial"/>
          <w:lang w:val="nl-NL"/>
        </w:rPr>
      </w:pPr>
      <w:r w:rsidRPr="005921EF">
        <w:rPr>
          <w:rFonts w:cs="Arial"/>
          <w:lang w:val="nl-NL"/>
        </w:rPr>
        <w:t>Luisteren</w:t>
      </w:r>
    </w:p>
    <w:p w14:paraId="68BFFC14" w14:textId="22BFF443" w:rsidR="00302CFB" w:rsidRPr="005921EF" w:rsidRDefault="0025500E" w:rsidP="00B40E17">
      <w:pPr>
        <w:keepLines/>
        <w:numPr>
          <w:ilvl w:val="0"/>
          <w:numId w:val="15"/>
        </w:numPr>
        <w:spacing w:after="0" w:line="264" w:lineRule="auto"/>
        <w:ind w:left="560" w:hanging="240"/>
        <w:rPr>
          <w:rFonts w:cs="Arial"/>
          <w:lang w:val="nl-NL"/>
        </w:rPr>
      </w:pPr>
      <w:r w:rsidRPr="005921EF">
        <w:rPr>
          <w:rFonts w:cs="Arial"/>
          <w:lang w:val="nl-NL"/>
        </w:rPr>
        <w:t>Geduld</w:t>
      </w:r>
    </w:p>
    <w:p w14:paraId="28366C73" w14:textId="390A72C0" w:rsidR="00302CFB" w:rsidRPr="005921EF" w:rsidRDefault="00AD1B05" w:rsidP="00B40E17">
      <w:pPr>
        <w:keepLines/>
        <w:numPr>
          <w:ilvl w:val="0"/>
          <w:numId w:val="15"/>
        </w:numPr>
        <w:spacing w:after="0" w:line="264" w:lineRule="auto"/>
        <w:ind w:left="560" w:hanging="240"/>
        <w:rPr>
          <w:rFonts w:cs="Arial"/>
          <w:lang w:val="nl-NL"/>
        </w:rPr>
      </w:pPr>
      <w:r w:rsidRPr="005921EF">
        <w:rPr>
          <w:rFonts w:cs="Arial"/>
          <w:lang w:val="nl-NL"/>
        </w:rPr>
        <w:t>Een positieve en warme houding</w:t>
      </w:r>
    </w:p>
    <w:p w14:paraId="4AEB41CE" w14:textId="60E1035E" w:rsidR="00302CFB" w:rsidRPr="005921EF" w:rsidRDefault="0025500E" w:rsidP="00B40E17">
      <w:pPr>
        <w:keepLines/>
        <w:numPr>
          <w:ilvl w:val="0"/>
          <w:numId w:val="15"/>
        </w:numPr>
        <w:spacing w:after="0" w:line="264" w:lineRule="auto"/>
        <w:ind w:left="560" w:hanging="240"/>
        <w:rPr>
          <w:rFonts w:cs="Arial"/>
          <w:lang w:val="nl-NL"/>
        </w:rPr>
      </w:pPr>
      <w:r w:rsidRPr="005921EF">
        <w:rPr>
          <w:rFonts w:cs="Arial"/>
          <w:lang w:val="nl-NL"/>
        </w:rPr>
        <w:t>Vertrouwen</w:t>
      </w:r>
    </w:p>
    <w:p w14:paraId="3E48675C" w14:textId="334B2243" w:rsidR="00302CFB" w:rsidRPr="005921EF" w:rsidRDefault="00AD1B05" w:rsidP="00B40E17">
      <w:pPr>
        <w:keepLines/>
        <w:numPr>
          <w:ilvl w:val="0"/>
          <w:numId w:val="15"/>
        </w:numPr>
        <w:spacing w:after="0" w:line="264" w:lineRule="auto"/>
        <w:ind w:left="560" w:hanging="240"/>
        <w:rPr>
          <w:rFonts w:cs="Arial"/>
          <w:lang w:val="nl-NL"/>
        </w:rPr>
      </w:pPr>
      <w:r w:rsidRPr="005921EF">
        <w:rPr>
          <w:rFonts w:cs="Arial"/>
          <w:lang w:val="nl-NL"/>
        </w:rPr>
        <w:t>Kennis en ervaring delen</w:t>
      </w:r>
    </w:p>
    <w:p w14:paraId="7AB200FF" w14:textId="77777777" w:rsidR="00302CFB" w:rsidRPr="005921EF" w:rsidRDefault="00302CFB">
      <w:pPr>
        <w:spacing w:after="0" w:line="240" w:lineRule="auto"/>
        <w:rPr>
          <w:rFonts w:cs="Arial"/>
          <w:lang w:val="nl-NL"/>
        </w:rPr>
      </w:pPr>
    </w:p>
    <w:p w14:paraId="19DD28E8" w14:textId="77777777" w:rsidR="00337DEE" w:rsidRPr="00B40E17" w:rsidRDefault="0025500E" w:rsidP="00B40E17">
      <w:pPr>
        <w:keepLines/>
        <w:spacing w:after="0"/>
        <w:rPr>
          <w:rFonts w:cs="Arial"/>
          <w:b/>
          <w:bCs/>
          <w:lang w:val="nl-NL"/>
        </w:rPr>
      </w:pPr>
      <w:r w:rsidRPr="00B40E17">
        <w:rPr>
          <w:rFonts w:cs="Arial"/>
          <w:b/>
          <w:bCs/>
          <w:lang w:val="nl-NL"/>
        </w:rPr>
        <w:t xml:space="preserve">Naam: </w:t>
      </w:r>
    </w:p>
    <w:p w14:paraId="5476FFE8" w14:textId="77777777" w:rsidR="00337DEE" w:rsidRPr="00B40E17" w:rsidRDefault="0025500E" w:rsidP="00B40E17">
      <w:pPr>
        <w:keepLines/>
        <w:spacing w:after="0"/>
        <w:rPr>
          <w:rFonts w:cs="Arial"/>
          <w:b/>
          <w:bCs/>
          <w:lang w:val="nl-NL"/>
        </w:rPr>
      </w:pPr>
      <w:r w:rsidRPr="00B40E17">
        <w:rPr>
          <w:rFonts w:cs="Arial"/>
          <w:b/>
          <w:bCs/>
          <w:lang w:val="nl-NL"/>
        </w:rPr>
        <w:t xml:space="preserve">Datum: </w:t>
      </w:r>
    </w:p>
    <w:p w14:paraId="744446E3" w14:textId="77777777" w:rsidR="00302CFB" w:rsidRPr="00B40E17" w:rsidRDefault="0025500E" w:rsidP="00B40E17">
      <w:pPr>
        <w:keepLines/>
        <w:spacing w:after="0"/>
        <w:rPr>
          <w:rFonts w:cs="Arial"/>
          <w:b/>
          <w:bCs/>
          <w:lang w:val="nl-NL"/>
        </w:rPr>
      </w:pPr>
      <w:r w:rsidRPr="00B40E17">
        <w:rPr>
          <w:rFonts w:cs="Arial"/>
          <w:b/>
          <w:bCs/>
          <w:lang w:val="nl-NL"/>
        </w:rPr>
        <w:t xml:space="preserve">Handtekening: </w:t>
      </w:r>
    </w:p>
    <w:sectPr w:rsidR="00302CFB" w:rsidRPr="00B40E17" w:rsidSect="00034616">
      <w:footerReference w:type="default" r:id="rId11"/>
      <w:pgSz w:w="11906" w:h="16838"/>
      <w:pgMar w:top="1418" w:right="1418" w:bottom="1418" w:left="1418" w:header="720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AC87BE" w14:textId="77777777" w:rsidR="000638A9" w:rsidRDefault="000638A9" w:rsidP="0025500E">
      <w:pPr>
        <w:spacing w:after="0" w:line="240" w:lineRule="auto"/>
      </w:pPr>
      <w:r>
        <w:separator/>
      </w:r>
    </w:p>
  </w:endnote>
  <w:endnote w:type="continuationSeparator" w:id="0">
    <w:p w14:paraId="201D026B" w14:textId="77777777" w:rsidR="000638A9" w:rsidRDefault="000638A9" w:rsidP="002550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B8C5BE" w14:textId="77777777" w:rsidR="00875358" w:rsidRDefault="00B40E17">
    <w:pPr>
      <w:jc w:val="right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6C4440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CE6ADE" w14:textId="77777777" w:rsidR="000638A9" w:rsidRDefault="000638A9" w:rsidP="0025500E">
      <w:pPr>
        <w:spacing w:after="0" w:line="240" w:lineRule="auto"/>
      </w:pPr>
      <w:r>
        <w:separator/>
      </w:r>
    </w:p>
  </w:footnote>
  <w:footnote w:type="continuationSeparator" w:id="0">
    <w:p w14:paraId="0A4B032F" w14:textId="77777777" w:rsidR="000638A9" w:rsidRDefault="000638A9" w:rsidP="002550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Arial" w:hAnsi="Arial"/>
        <w:color w:val="1A9AA0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jstopsomteken3"/>
      <w:lvlText w:val="▪"/>
      <w:lvlJc w:val="left"/>
      <w:pPr>
        <w:tabs>
          <w:tab w:val="num" w:pos="1080"/>
        </w:tabs>
        <w:ind w:left="1080" w:hanging="360"/>
      </w:pPr>
      <w:rPr>
        <w:rFonts w:ascii="Arial" w:hAnsi="Arial"/>
        <w:color w:val="1A9AA0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jstopsomteken2"/>
      <w:lvlText w:val="▪"/>
      <w:lvlJc w:val="left"/>
      <w:pPr>
        <w:tabs>
          <w:tab w:val="num" w:pos="720"/>
        </w:tabs>
        <w:ind w:left="720" w:hanging="360"/>
      </w:pPr>
      <w:rPr>
        <w:rFonts w:ascii="Arial" w:hAnsi="Arial"/>
        <w:color w:val="1A9AA0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jstopsomteken"/>
      <w:lvlText w:val="▪"/>
      <w:lvlJc w:val="left"/>
      <w:pPr>
        <w:tabs>
          <w:tab w:val="num" w:pos="360"/>
        </w:tabs>
        <w:ind w:left="360" w:hanging="360"/>
      </w:pPr>
      <w:rPr>
        <w:rFonts w:ascii="Arial" w:hAnsi="Arial"/>
        <w:color w:val="1A9AA0"/>
      </w:rPr>
    </w:lvl>
  </w:abstractNum>
  <w:abstractNum w:abstractNumId="9" w15:restartNumberingAfterBreak="0">
    <w:nsid w:val="07B73973"/>
    <w:multiLevelType w:val="hybridMultilevel"/>
    <w:tmpl w:val="775448BE"/>
    <w:lvl w:ilvl="0" w:tplc="080C0001">
      <w:start w:val="1"/>
      <w:numFmt w:val="bullet"/>
      <w:lvlText w:val="▪"/>
      <w:lvlJc w:val="left"/>
      <w:pPr>
        <w:ind w:left="720" w:hanging="360"/>
      </w:pPr>
      <w:rPr>
        <w:rFonts w:ascii="Arial" w:hAnsi="Arial"/>
        <w:color w:val="1A9AA0"/>
      </w:rPr>
    </w:lvl>
    <w:lvl w:ilvl="1" w:tplc="FFFFFFFF" w:tentative="1">
      <w:start w:val="1"/>
      <w:numFmt w:val="bullet"/>
      <w:lvlText w:val="▪"/>
      <w:lvlJc w:val="left"/>
      <w:pPr>
        <w:ind w:left="1440" w:hanging="360"/>
      </w:pPr>
      <w:rPr>
        <w:rFonts w:ascii="Arial" w:hAnsi="Arial"/>
        <w:color w:val="1A9AA0"/>
      </w:rPr>
    </w:lvl>
    <w:lvl w:ilvl="2" w:tplc="FFFFFFFF" w:tentative="1">
      <w:start w:val="1"/>
      <w:numFmt w:val="bullet"/>
      <w:lvlText w:val="▪"/>
      <w:lvlJc w:val="left"/>
      <w:pPr>
        <w:ind w:left="2160" w:hanging="360"/>
      </w:pPr>
      <w:rPr>
        <w:rFonts w:ascii="Arial" w:hAnsi="Arial"/>
        <w:color w:val="1A9AA0"/>
      </w:rPr>
    </w:lvl>
    <w:lvl w:ilvl="3" w:tplc="FFFFFFFF" w:tentative="1">
      <w:start w:val="1"/>
      <w:numFmt w:val="bullet"/>
      <w:lvlText w:val="▪"/>
      <w:lvlJc w:val="left"/>
      <w:pPr>
        <w:ind w:left="2880" w:hanging="360"/>
      </w:pPr>
      <w:rPr>
        <w:rFonts w:ascii="Arial" w:hAnsi="Arial"/>
        <w:color w:val="1A9AA0"/>
      </w:rPr>
    </w:lvl>
    <w:lvl w:ilvl="4" w:tplc="FFFFFFFF" w:tentative="1">
      <w:start w:val="1"/>
      <w:numFmt w:val="bullet"/>
      <w:lvlText w:val="▪"/>
      <w:lvlJc w:val="left"/>
      <w:pPr>
        <w:ind w:left="3600" w:hanging="360"/>
      </w:pPr>
      <w:rPr>
        <w:rFonts w:ascii="Arial" w:hAnsi="Arial"/>
        <w:color w:val="1A9AA0"/>
      </w:rPr>
    </w:lvl>
    <w:lvl w:ilvl="5" w:tplc="FFFFFFFF" w:tentative="1">
      <w:start w:val="1"/>
      <w:numFmt w:val="bullet"/>
      <w:lvlText w:val="▪"/>
      <w:lvlJc w:val="left"/>
      <w:pPr>
        <w:ind w:left="4320" w:hanging="360"/>
      </w:pPr>
      <w:rPr>
        <w:rFonts w:ascii="Arial" w:hAnsi="Arial"/>
        <w:color w:val="1A9AA0"/>
      </w:rPr>
    </w:lvl>
    <w:lvl w:ilvl="6" w:tplc="FFFFFFFF" w:tentative="1">
      <w:start w:val="1"/>
      <w:numFmt w:val="bullet"/>
      <w:lvlText w:val="▪"/>
      <w:lvlJc w:val="left"/>
      <w:pPr>
        <w:ind w:left="5040" w:hanging="360"/>
      </w:pPr>
      <w:rPr>
        <w:rFonts w:ascii="Arial" w:hAnsi="Arial"/>
        <w:color w:val="1A9AA0"/>
      </w:rPr>
    </w:lvl>
    <w:lvl w:ilvl="7" w:tplc="FFFFFFFF" w:tentative="1">
      <w:start w:val="1"/>
      <w:numFmt w:val="bullet"/>
      <w:lvlText w:val="▪"/>
      <w:lvlJc w:val="left"/>
      <w:pPr>
        <w:ind w:left="5760" w:hanging="360"/>
      </w:pPr>
      <w:rPr>
        <w:rFonts w:ascii="Arial" w:hAnsi="Arial"/>
        <w:color w:val="1A9AA0"/>
      </w:rPr>
    </w:lvl>
    <w:lvl w:ilvl="8" w:tplc="FFFFFFFF" w:tentative="1">
      <w:start w:val="1"/>
      <w:numFmt w:val="bullet"/>
      <w:lvlText w:val="▪"/>
      <w:lvlJc w:val="left"/>
      <w:pPr>
        <w:ind w:left="6480" w:hanging="360"/>
      </w:pPr>
      <w:rPr>
        <w:rFonts w:ascii="Arial" w:hAnsi="Arial"/>
        <w:color w:val="1A9AA0"/>
      </w:rPr>
    </w:lvl>
  </w:abstractNum>
  <w:abstractNum w:abstractNumId="10" w15:restartNumberingAfterBreak="0">
    <w:nsid w:val="0BB26A31"/>
    <w:multiLevelType w:val="hybridMultilevel"/>
    <w:tmpl w:val="DC38E426"/>
    <w:lvl w:ilvl="0" w:tplc="C60EA5DE">
      <w:numFmt w:val="bullet"/>
      <w:lvlText w:val="▪"/>
      <w:lvlJc w:val="left"/>
      <w:pPr>
        <w:ind w:left="720" w:hanging="360"/>
      </w:pPr>
      <w:rPr>
        <w:rFonts w:ascii="Arial" w:hAnsi="Arial"/>
        <w:color w:val="1A9AA0"/>
      </w:rPr>
    </w:lvl>
    <w:lvl w:ilvl="1" w:tplc="20000003" w:tentative="1">
      <w:start w:val="1"/>
      <w:numFmt w:val="bullet"/>
      <w:lvlText w:val="▪"/>
      <w:lvlJc w:val="left"/>
      <w:pPr>
        <w:ind w:left="1440" w:hanging="360"/>
      </w:pPr>
      <w:rPr>
        <w:rFonts w:ascii="Arial" w:hAnsi="Arial"/>
        <w:color w:val="1A9AA0"/>
      </w:rPr>
    </w:lvl>
    <w:lvl w:ilvl="2" w:tplc="20000005" w:tentative="1">
      <w:start w:val="1"/>
      <w:numFmt w:val="bullet"/>
      <w:lvlText w:val="▪"/>
      <w:lvlJc w:val="left"/>
      <w:pPr>
        <w:ind w:left="2160" w:hanging="360"/>
      </w:pPr>
      <w:rPr>
        <w:rFonts w:ascii="Arial" w:hAnsi="Arial"/>
        <w:color w:val="1A9AA0"/>
      </w:rPr>
    </w:lvl>
    <w:lvl w:ilvl="3" w:tplc="20000001" w:tentative="1">
      <w:start w:val="1"/>
      <w:numFmt w:val="bullet"/>
      <w:lvlText w:val="▪"/>
      <w:lvlJc w:val="left"/>
      <w:pPr>
        <w:ind w:left="2880" w:hanging="360"/>
      </w:pPr>
      <w:rPr>
        <w:rFonts w:ascii="Arial" w:hAnsi="Arial"/>
        <w:color w:val="1A9AA0"/>
      </w:rPr>
    </w:lvl>
    <w:lvl w:ilvl="4" w:tplc="20000003" w:tentative="1">
      <w:start w:val="1"/>
      <w:numFmt w:val="bullet"/>
      <w:lvlText w:val="▪"/>
      <w:lvlJc w:val="left"/>
      <w:pPr>
        <w:ind w:left="3600" w:hanging="360"/>
      </w:pPr>
      <w:rPr>
        <w:rFonts w:ascii="Arial" w:hAnsi="Arial"/>
        <w:color w:val="1A9AA0"/>
      </w:rPr>
    </w:lvl>
    <w:lvl w:ilvl="5" w:tplc="20000005" w:tentative="1">
      <w:start w:val="1"/>
      <w:numFmt w:val="bullet"/>
      <w:lvlText w:val="▪"/>
      <w:lvlJc w:val="left"/>
      <w:pPr>
        <w:ind w:left="4320" w:hanging="360"/>
      </w:pPr>
      <w:rPr>
        <w:rFonts w:ascii="Arial" w:hAnsi="Arial"/>
        <w:color w:val="1A9AA0"/>
      </w:rPr>
    </w:lvl>
    <w:lvl w:ilvl="6" w:tplc="20000001" w:tentative="1">
      <w:start w:val="1"/>
      <w:numFmt w:val="bullet"/>
      <w:lvlText w:val="▪"/>
      <w:lvlJc w:val="left"/>
      <w:pPr>
        <w:ind w:left="5040" w:hanging="360"/>
      </w:pPr>
      <w:rPr>
        <w:rFonts w:ascii="Arial" w:hAnsi="Arial"/>
        <w:color w:val="1A9AA0"/>
      </w:rPr>
    </w:lvl>
    <w:lvl w:ilvl="7" w:tplc="20000003" w:tentative="1">
      <w:start w:val="1"/>
      <w:numFmt w:val="bullet"/>
      <w:lvlText w:val="▪"/>
      <w:lvlJc w:val="left"/>
      <w:pPr>
        <w:ind w:left="5760" w:hanging="360"/>
      </w:pPr>
      <w:rPr>
        <w:rFonts w:ascii="Arial" w:hAnsi="Arial"/>
        <w:color w:val="1A9AA0"/>
      </w:rPr>
    </w:lvl>
    <w:lvl w:ilvl="8" w:tplc="20000005" w:tentative="1">
      <w:start w:val="1"/>
      <w:numFmt w:val="bullet"/>
      <w:lvlText w:val="▪"/>
      <w:lvlJc w:val="left"/>
      <w:pPr>
        <w:ind w:left="6480" w:hanging="360"/>
      </w:pPr>
      <w:rPr>
        <w:rFonts w:ascii="Arial" w:hAnsi="Arial"/>
        <w:color w:val="1A9AA0"/>
      </w:rPr>
    </w:lvl>
  </w:abstractNum>
  <w:abstractNum w:abstractNumId="11" w15:restartNumberingAfterBreak="0">
    <w:nsid w:val="2BEB1090"/>
    <w:multiLevelType w:val="hybridMultilevel"/>
    <w:tmpl w:val="0AA81EB4"/>
    <w:lvl w:ilvl="0" w:tplc="080C0001">
      <w:start w:val="1"/>
      <w:numFmt w:val="bullet"/>
      <w:lvlText w:val="▪"/>
      <w:lvlJc w:val="left"/>
      <w:pPr>
        <w:ind w:left="720" w:hanging="360"/>
      </w:pPr>
      <w:rPr>
        <w:rFonts w:ascii="Arial" w:hAnsi="Arial"/>
        <w:color w:val="1A9AA0"/>
      </w:rPr>
    </w:lvl>
    <w:lvl w:ilvl="1" w:tplc="FFFFFFFF" w:tentative="1">
      <w:start w:val="1"/>
      <w:numFmt w:val="bullet"/>
      <w:lvlText w:val="▪"/>
      <w:lvlJc w:val="left"/>
      <w:pPr>
        <w:ind w:left="1440" w:hanging="360"/>
      </w:pPr>
      <w:rPr>
        <w:rFonts w:ascii="Arial" w:hAnsi="Arial"/>
        <w:color w:val="1A9AA0"/>
      </w:rPr>
    </w:lvl>
    <w:lvl w:ilvl="2" w:tplc="FFFFFFFF" w:tentative="1">
      <w:start w:val="1"/>
      <w:numFmt w:val="bullet"/>
      <w:lvlText w:val="▪"/>
      <w:lvlJc w:val="left"/>
      <w:pPr>
        <w:ind w:left="2160" w:hanging="360"/>
      </w:pPr>
      <w:rPr>
        <w:rFonts w:ascii="Arial" w:hAnsi="Arial"/>
        <w:color w:val="1A9AA0"/>
      </w:rPr>
    </w:lvl>
    <w:lvl w:ilvl="3" w:tplc="FFFFFFFF" w:tentative="1">
      <w:start w:val="1"/>
      <w:numFmt w:val="bullet"/>
      <w:lvlText w:val="▪"/>
      <w:lvlJc w:val="left"/>
      <w:pPr>
        <w:ind w:left="2880" w:hanging="360"/>
      </w:pPr>
      <w:rPr>
        <w:rFonts w:ascii="Arial" w:hAnsi="Arial"/>
        <w:color w:val="1A9AA0"/>
      </w:rPr>
    </w:lvl>
    <w:lvl w:ilvl="4" w:tplc="FFFFFFFF" w:tentative="1">
      <w:start w:val="1"/>
      <w:numFmt w:val="bullet"/>
      <w:lvlText w:val="▪"/>
      <w:lvlJc w:val="left"/>
      <w:pPr>
        <w:ind w:left="3600" w:hanging="360"/>
      </w:pPr>
      <w:rPr>
        <w:rFonts w:ascii="Arial" w:hAnsi="Arial"/>
        <w:color w:val="1A9AA0"/>
      </w:rPr>
    </w:lvl>
    <w:lvl w:ilvl="5" w:tplc="FFFFFFFF" w:tentative="1">
      <w:start w:val="1"/>
      <w:numFmt w:val="bullet"/>
      <w:lvlText w:val="▪"/>
      <w:lvlJc w:val="left"/>
      <w:pPr>
        <w:ind w:left="4320" w:hanging="360"/>
      </w:pPr>
      <w:rPr>
        <w:rFonts w:ascii="Arial" w:hAnsi="Arial"/>
        <w:color w:val="1A9AA0"/>
      </w:rPr>
    </w:lvl>
    <w:lvl w:ilvl="6" w:tplc="FFFFFFFF" w:tentative="1">
      <w:start w:val="1"/>
      <w:numFmt w:val="bullet"/>
      <w:lvlText w:val="▪"/>
      <w:lvlJc w:val="left"/>
      <w:pPr>
        <w:ind w:left="5040" w:hanging="360"/>
      </w:pPr>
      <w:rPr>
        <w:rFonts w:ascii="Arial" w:hAnsi="Arial"/>
        <w:color w:val="1A9AA0"/>
      </w:rPr>
    </w:lvl>
    <w:lvl w:ilvl="7" w:tplc="FFFFFFFF" w:tentative="1">
      <w:start w:val="1"/>
      <w:numFmt w:val="bullet"/>
      <w:lvlText w:val="▪"/>
      <w:lvlJc w:val="left"/>
      <w:pPr>
        <w:ind w:left="5760" w:hanging="360"/>
      </w:pPr>
      <w:rPr>
        <w:rFonts w:ascii="Arial" w:hAnsi="Arial"/>
        <w:color w:val="1A9AA0"/>
      </w:rPr>
    </w:lvl>
    <w:lvl w:ilvl="8" w:tplc="FFFFFFFF" w:tentative="1">
      <w:start w:val="1"/>
      <w:numFmt w:val="bullet"/>
      <w:lvlText w:val="▪"/>
      <w:lvlJc w:val="left"/>
      <w:pPr>
        <w:ind w:left="6480" w:hanging="360"/>
      </w:pPr>
      <w:rPr>
        <w:rFonts w:ascii="Arial" w:hAnsi="Arial"/>
        <w:color w:val="1A9AA0"/>
      </w:rPr>
    </w:lvl>
  </w:abstractNum>
  <w:abstractNum w:abstractNumId="12" w15:restartNumberingAfterBreak="0">
    <w:nsid w:val="34DD2DC5"/>
    <w:multiLevelType w:val="hybridMultilevel"/>
    <w:tmpl w:val="37F898E4"/>
    <w:lvl w:ilvl="0" w:tplc="A7981714">
      <w:numFmt w:val="bullet"/>
      <w:lvlText w:val="▪"/>
      <w:lvlJc w:val="left"/>
      <w:pPr>
        <w:ind w:left="720" w:hanging="360"/>
      </w:pPr>
      <w:rPr>
        <w:rFonts w:ascii="Arial" w:hAnsi="Arial"/>
        <w:color w:val="1A9AA0"/>
      </w:rPr>
    </w:lvl>
    <w:lvl w:ilvl="1" w:tplc="20000003" w:tentative="1">
      <w:start w:val="1"/>
      <w:numFmt w:val="bullet"/>
      <w:lvlText w:val="▪"/>
      <w:lvlJc w:val="left"/>
      <w:pPr>
        <w:ind w:left="1440" w:hanging="360"/>
      </w:pPr>
      <w:rPr>
        <w:rFonts w:ascii="Arial" w:hAnsi="Arial"/>
        <w:color w:val="1A9AA0"/>
      </w:rPr>
    </w:lvl>
    <w:lvl w:ilvl="2" w:tplc="20000005" w:tentative="1">
      <w:start w:val="1"/>
      <w:numFmt w:val="bullet"/>
      <w:lvlText w:val="▪"/>
      <w:lvlJc w:val="left"/>
      <w:pPr>
        <w:ind w:left="2160" w:hanging="360"/>
      </w:pPr>
      <w:rPr>
        <w:rFonts w:ascii="Arial" w:hAnsi="Arial"/>
        <w:color w:val="1A9AA0"/>
      </w:rPr>
    </w:lvl>
    <w:lvl w:ilvl="3" w:tplc="20000001" w:tentative="1">
      <w:start w:val="1"/>
      <w:numFmt w:val="bullet"/>
      <w:lvlText w:val="▪"/>
      <w:lvlJc w:val="left"/>
      <w:pPr>
        <w:ind w:left="2880" w:hanging="360"/>
      </w:pPr>
      <w:rPr>
        <w:rFonts w:ascii="Arial" w:hAnsi="Arial"/>
        <w:color w:val="1A9AA0"/>
      </w:rPr>
    </w:lvl>
    <w:lvl w:ilvl="4" w:tplc="20000003" w:tentative="1">
      <w:start w:val="1"/>
      <w:numFmt w:val="bullet"/>
      <w:lvlText w:val="▪"/>
      <w:lvlJc w:val="left"/>
      <w:pPr>
        <w:ind w:left="3600" w:hanging="360"/>
      </w:pPr>
      <w:rPr>
        <w:rFonts w:ascii="Arial" w:hAnsi="Arial"/>
        <w:color w:val="1A9AA0"/>
      </w:rPr>
    </w:lvl>
    <w:lvl w:ilvl="5" w:tplc="20000005" w:tentative="1">
      <w:start w:val="1"/>
      <w:numFmt w:val="bullet"/>
      <w:lvlText w:val="▪"/>
      <w:lvlJc w:val="left"/>
      <w:pPr>
        <w:ind w:left="4320" w:hanging="360"/>
      </w:pPr>
      <w:rPr>
        <w:rFonts w:ascii="Arial" w:hAnsi="Arial"/>
        <w:color w:val="1A9AA0"/>
      </w:rPr>
    </w:lvl>
    <w:lvl w:ilvl="6" w:tplc="20000001" w:tentative="1">
      <w:start w:val="1"/>
      <w:numFmt w:val="bullet"/>
      <w:lvlText w:val="▪"/>
      <w:lvlJc w:val="left"/>
      <w:pPr>
        <w:ind w:left="5040" w:hanging="360"/>
      </w:pPr>
      <w:rPr>
        <w:rFonts w:ascii="Arial" w:hAnsi="Arial"/>
        <w:color w:val="1A9AA0"/>
      </w:rPr>
    </w:lvl>
    <w:lvl w:ilvl="7" w:tplc="20000003" w:tentative="1">
      <w:start w:val="1"/>
      <w:numFmt w:val="bullet"/>
      <w:lvlText w:val="▪"/>
      <w:lvlJc w:val="left"/>
      <w:pPr>
        <w:ind w:left="5760" w:hanging="360"/>
      </w:pPr>
      <w:rPr>
        <w:rFonts w:ascii="Arial" w:hAnsi="Arial"/>
        <w:color w:val="1A9AA0"/>
      </w:rPr>
    </w:lvl>
    <w:lvl w:ilvl="8" w:tplc="20000005" w:tentative="1">
      <w:start w:val="1"/>
      <w:numFmt w:val="bullet"/>
      <w:lvlText w:val="▪"/>
      <w:lvlJc w:val="left"/>
      <w:pPr>
        <w:ind w:left="6480" w:hanging="360"/>
      </w:pPr>
      <w:rPr>
        <w:rFonts w:ascii="Arial" w:hAnsi="Arial"/>
        <w:color w:val="1A9AA0"/>
      </w:rPr>
    </w:lvl>
  </w:abstractNum>
  <w:abstractNum w:abstractNumId="13" w15:restartNumberingAfterBreak="0">
    <w:nsid w:val="3F8920ED"/>
    <w:multiLevelType w:val="hybridMultilevel"/>
    <w:tmpl w:val="CC44C274"/>
    <w:lvl w:ilvl="0" w:tplc="A7981714">
      <w:numFmt w:val="bullet"/>
      <w:lvlText w:val="▪"/>
      <w:lvlJc w:val="left"/>
      <w:pPr>
        <w:ind w:left="720" w:hanging="360"/>
      </w:pPr>
      <w:rPr>
        <w:rFonts w:ascii="Arial" w:hAnsi="Arial"/>
        <w:color w:val="1A9AA0"/>
      </w:rPr>
    </w:lvl>
    <w:lvl w:ilvl="1" w:tplc="20000003" w:tentative="1">
      <w:start w:val="1"/>
      <w:numFmt w:val="bullet"/>
      <w:lvlText w:val="▪"/>
      <w:lvlJc w:val="left"/>
      <w:pPr>
        <w:ind w:left="1440" w:hanging="360"/>
      </w:pPr>
      <w:rPr>
        <w:rFonts w:ascii="Arial" w:hAnsi="Arial"/>
        <w:color w:val="1A9AA0"/>
      </w:rPr>
    </w:lvl>
    <w:lvl w:ilvl="2" w:tplc="20000005" w:tentative="1">
      <w:start w:val="1"/>
      <w:numFmt w:val="bullet"/>
      <w:lvlText w:val="▪"/>
      <w:lvlJc w:val="left"/>
      <w:pPr>
        <w:ind w:left="2160" w:hanging="360"/>
      </w:pPr>
      <w:rPr>
        <w:rFonts w:ascii="Arial" w:hAnsi="Arial"/>
        <w:color w:val="1A9AA0"/>
      </w:rPr>
    </w:lvl>
    <w:lvl w:ilvl="3" w:tplc="20000001" w:tentative="1">
      <w:start w:val="1"/>
      <w:numFmt w:val="bullet"/>
      <w:lvlText w:val="▪"/>
      <w:lvlJc w:val="left"/>
      <w:pPr>
        <w:ind w:left="2880" w:hanging="360"/>
      </w:pPr>
      <w:rPr>
        <w:rFonts w:ascii="Arial" w:hAnsi="Arial"/>
        <w:color w:val="1A9AA0"/>
      </w:rPr>
    </w:lvl>
    <w:lvl w:ilvl="4" w:tplc="20000003" w:tentative="1">
      <w:start w:val="1"/>
      <w:numFmt w:val="bullet"/>
      <w:lvlText w:val="▪"/>
      <w:lvlJc w:val="left"/>
      <w:pPr>
        <w:ind w:left="3600" w:hanging="360"/>
      </w:pPr>
      <w:rPr>
        <w:rFonts w:ascii="Arial" w:hAnsi="Arial"/>
        <w:color w:val="1A9AA0"/>
      </w:rPr>
    </w:lvl>
    <w:lvl w:ilvl="5" w:tplc="20000005" w:tentative="1">
      <w:start w:val="1"/>
      <w:numFmt w:val="bullet"/>
      <w:lvlText w:val="▪"/>
      <w:lvlJc w:val="left"/>
      <w:pPr>
        <w:ind w:left="4320" w:hanging="360"/>
      </w:pPr>
      <w:rPr>
        <w:rFonts w:ascii="Arial" w:hAnsi="Arial"/>
        <w:color w:val="1A9AA0"/>
      </w:rPr>
    </w:lvl>
    <w:lvl w:ilvl="6" w:tplc="20000001" w:tentative="1">
      <w:start w:val="1"/>
      <w:numFmt w:val="bullet"/>
      <w:lvlText w:val="▪"/>
      <w:lvlJc w:val="left"/>
      <w:pPr>
        <w:ind w:left="5040" w:hanging="360"/>
      </w:pPr>
      <w:rPr>
        <w:rFonts w:ascii="Arial" w:hAnsi="Arial"/>
        <w:color w:val="1A9AA0"/>
      </w:rPr>
    </w:lvl>
    <w:lvl w:ilvl="7" w:tplc="20000003" w:tentative="1">
      <w:start w:val="1"/>
      <w:numFmt w:val="bullet"/>
      <w:lvlText w:val="▪"/>
      <w:lvlJc w:val="left"/>
      <w:pPr>
        <w:ind w:left="5760" w:hanging="360"/>
      </w:pPr>
      <w:rPr>
        <w:rFonts w:ascii="Arial" w:hAnsi="Arial"/>
        <w:color w:val="1A9AA0"/>
      </w:rPr>
    </w:lvl>
    <w:lvl w:ilvl="8" w:tplc="20000005" w:tentative="1">
      <w:start w:val="1"/>
      <w:numFmt w:val="bullet"/>
      <w:lvlText w:val="▪"/>
      <w:lvlJc w:val="left"/>
      <w:pPr>
        <w:ind w:left="6480" w:hanging="360"/>
      </w:pPr>
      <w:rPr>
        <w:rFonts w:ascii="Arial" w:hAnsi="Arial"/>
        <w:color w:val="1A9AA0"/>
      </w:rPr>
    </w:lvl>
  </w:abstractNum>
  <w:abstractNum w:abstractNumId="14" w15:restartNumberingAfterBreak="0">
    <w:nsid w:val="3FCA6F3E"/>
    <w:multiLevelType w:val="hybridMultilevel"/>
    <w:tmpl w:val="9DA40D94"/>
    <w:lvl w:ilvl="0" w:tplc="29863D2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▪"/>
      <w:lvlJc w:val="left"/>
      <w:pPr>
        <w:ind w:left="1440" w:hanging="360"/>
      </w:pPr>
      <w:rPr>
        <w:rFonts w:ascii="Arial" w:hAnsi="Arial"/>
        <w:color w:val="1A9AA0"/>
      </w:rPr>
    </w:lvl>
    <w:lvl w:ilvl="2" w:tplc="FFFFFFFF" w:tentative="1">
      <w:start w:val="1"/>
      <w:numFmt w:val="bullet"/>
      <w:lvlText w:val="▪"/>
      <w:lvlJc w:val="left"/>
      <w:pPr>
        <w:ind w:left="2160" w:hanging="360"/>
      </w:pPr>
      <w:rPr>
        <w:rFonts w:ascii="Arial" w:hAnsi="Arial"/>
        <w:color w:val="1A9AA0"/>
      </w:rPr>
    </w:lvl>
    <w:lvl w:ilvl="3" w:tplc="FFFFFFFF" w:tentative="1">
      <w:start w:val="1"/>
      <w:numFmt w:val="bullet"/>
      <w:lvlText w:val="▪"/>
      <w:lvlJc w:val="left"/>
      <w:pPr>
        <w:ind w:left="2880" w:hanging="360"/>
      </w:pPr>
      <w:rPr>
        <w:rFonts w:ascii="Arial" w:hAnsi="Arial"/>
        <w:color w:val="1A9AA0"/>
      </w:rPr>
    </w:lvl>
    <w:lvl w:ilvl="4" w:tplc="FFFFFFFF" w:tentative="1">
      <w:start w:val="1"/>
      <w:numFmt w:val="bullet"/>
      <w:lvlText w:val="▪"/>
      <w:lvlJc w:val="left"/>
      <w:pPr>
        <w:ind w:left="3600" w:hanging="360"/>
      </w:pPr>
      <w:rPr>
        <w:rFonts w:ascii="Arial" w:hAnsi="Arial"/>
        <w:color w:val="1A9AA0"/>
      </w:rPr>
    </w:lvl>
    <w:lvl w:ilvl="5" w:tplc="FFFFFFFF" w:tentative="1">
      <w:start w:val="1"/>
      <w:numFmt w:val="bullet"/>
      <w:lvlText w:val="▪"/>
      <w:lvlJc w:val="left"/>
      <w:pPr>
        <w:ind w:left="4320" w:hanging="360"/>
      </w:pPr>
      <w:rPr>
        <w:rFonts w:ascii="Arial" w:hAnsi="Arial"/>
        <w:color w:val="1A9AA0"/>
      </w:rPr>
    </w:lvl>
    <w:lvl w:ilvl="6" w:tplc="FFFFFFFF" w:tentative="1">
      <w:start w:val="1"/>
      <w:numFmt w:val="bullet"/>
      <w:lvlText w:val="▪"/>
      <w:lvlJc w:val="left"/>
      <w:pPr>
        <w:ind w:left="5040" w:hanging="360"/>
      </w:pPr>
      <w:rPr>
        <w:rFonts w:ascii="Arial" w:hAnsi="Arial"/>
        <w:color w:val="1A9AA0"/>
      </w:rPr>
    </w:lvl>
    <w:lvl w:ilvl="7" w:tplc="FFFFFFFF" w:tentative="1">
      <w:start w:val="1"/>
      <w:numFmt w:val="bullet"/>
      <w:lvlText w:val="▪"/>
      <w:lvlJc w:val="left"/>
      <w:pPr>
        <w:ind w:left="5760" w:hanging="360"/>
      </w:pPr>
      <w:rPr>
        <w:rFonts w:ascii="Arial" w:hAnsi="Arial"/>
        <w:color w:val="1A9AA0"/>
      </w:rPr>
    </w:lvl>
    <w:lvl w:ilvl="8" w:tplc="FFFFFFFF" w:tentative="1">
      <w:start w:val="1"/>
      <w:numFmt w:val="bullet"/>
      <w:lvlText w:val="▪"/>
      <w:lvlJc w:val="left"/>
      <w:pPr>
        <w:ind w:left="6480" w:hanging="360"/>
      </w:pPr>
      <w:rPr>
        <w:rFonts w:ascii="Arial" w:hAnsi="Arial"/>
        <w:color w:val="1A9AA0"/>
      </w:rPr>
    </w:lvl>
  </w:abstractNum>
  <w:abstractNum w:abstractNumId="15" w15:restartNumberingAfterBreak="0">
    <w:nsid w:val="40413AB7"/>
    <w:multiLevelType w:val="hybridMultilevel"/>
    <w:tmpl w:val="9D26587C"/>
    <w:lvl w:ilvl="0" w:tplc="080C0001">
      <w:start w:val="1"/>
      <w:numFmt w:val="bullet"/>
      <w:lvlText w:val="▪"/>
      <w:lvlJc w:val="left"/>
      <w:pPr>
        <w:ind w:left="720" w:hanging="360"/>
      </w:pPr>
      <w:rPr>
        <w:rFonts w:ascii="Arial" w:hAnsi="Arial"/>
        <w:color w:val="1A9AA0"/>
      </w:rPr>
    </w:lvl>
    <w:lvl w:ilvl="1" w:tplc="080C0003" w:tentative="1">
      <w:start w:val="1"/>
      <w:numFmt w:val="bullet"/>
      <w:lvlText w:val="▪"/>
      <w:lvlJc w:val="left"/>
      <w:pPr>
        <w:ind w:left="1440" w:hanging="360"/>
      </w:pPr>
      <w:rPr>
        <w:rFonts w:ascii="Arial" w:hAnsi="Arial"/>
        <w:color w:val="1A9AA0"/>
      </w:rPr>
    </w:lvl>
    <w:lvl w:ilvl="2" w:tplc="080C0005" w:tentative="1">
      <w:start w:val="1"/>
      <w:numFmt w:val="bullet"/>
      <w:lvlText w:val="▪"/>
      <w:lvlJc w:val="left"/>
      <w:pPr>
        <w:ind w:left="2160" w:hanging="360"/>
      </w:pPr>
      <w:rPr>
        <w:rFonts w:ascii="Arial" w:hAnsi="Arial"/>
        <w:color w:val="1A9AA0"/>
      </w:rPr>
    </w:lvl>
    <w:lvl w:ilvl="3" w:tplc="080C0001" w:tentative="1">
      <w:start w:val="1"/>
      <w:numFmt w:val="bullet"/>
      <w:lvlText w:val="▪"/>
      <w:lvlJc w:val="left"/>
      <w:pPr>
        <w:ind w:left="2880" w:hanging="360"/>
      </w:pPr>
      <w:rPr>
        <w:rFonts w:ascii="Arial" w:hAnsi="Arial"/>
        <w:color w:val="1A9AA0"/>
      </w:rPr>
    </w:lvl>
    <w:lvl w:ilvl="4" w:tplc="080C0003" w:tentative="1">
      <w:start w:val="1"/>
      <w:numFmt w:val="bullet"/>
      <w:lvlText w:val="▪"/>
      <w:lvlJc w:val="left"/>
      <w:pPr>
        <w:ind w:left="3600" w:hanging="360"/>
      </w:pPr>
      <w:rPr>
        <w:rFonts w:ascii="Arial" w:hAnsi="Arial"/>
        <w:color w:val="1A9AA0"/>
      </w:rPr>
    </w:lvl>
    <w:lvl w:ilvl="5" w:tplc="080C0005" w:tentative="1">
      <w:start w:val="1"/>
      <w:numFmt w:val="bullet"/>
      <w:lvlText w:val="▪"/>
      <w:lvlJc w:val="left"/>
      <w:pPr>
        <w:ind w:left="4320" w:hanging="360"/>
      </w:pPr>
      <w:rPr>
        <w:rFonts w:ascii="Arial" w:hAnsi="Arial"/>
        <w:color w:val="1A9AA0"/>
      </w:rPr>
    </w:lvl>
    <w:lvl w:ilvl="6" w:tplc="080C0001" w:tentative="1">
      <w:start w:val="1"/>
      <w:numFmt w:val="bullet"/>
      <w:lvlText w:val="▪"/>
      <w:lvlJc w:val="left"/>
      <w:pPr>
        <w:ind w:left="5040" w:hanging="360"/>
      </w:pPr>
      <w:rPr>
        <w:rFonts w:ascii="Arial" w:hAnsi="Arial"/>
        <w:color w:val="1A9AA0"/>
      </w:rPr>
    </w:lvl>
    <w:lvl w:ilvl="7" w:tplc="080C0003" w:tentative="1">
      <w:start w:val="1"/>
      <w:numFmt w:val="bullet"/>
      <w:lvlText w:val="▪"/>
      <w:lvlJc w:val="left"/>
      <w:pPr>
        <w:ind w:left="5760" w:hanging="360"/>
      </w:pPr>
      <w:rPr>
        <w:rFonts w:ascii="Arial" w:hAnsi="Arial"/>
        <w:color w:val="1A9AA0"/>
      </w:rPr>
    </w:lvl>
    <w:lvl w:ilvl="8" w:tplc="080C0005" w:tentative="1">
      <w:start w:val="1"/>
      <w:numFmt w:val="bullet"/>
      <w:lvlText w:val="▪"/>
      <w:lvlJc w:val="left"/>
      <w:pPr>
        <w:ind w:left="6480" w:hanging="360"/>
      </w:pPr>
      <w:rPr>
        <w:rFonts w:ascii="Arial" w:hAnsi="Arial"/>
        <w:color w:val="1A9AA0"/>
      </w:rPr>
    </w:lvl>
  </w:abstractNum>
  <w:num w:numId="1" w16cid:durableId="1591238364">
    <w:abstractNumId w:val="8"/>
  </w:num>
  <w:num w:numId="2" w16cid:durableId="381447050">
    <w:abstractNumId w:val="6"/>
  </w:num>
  <w:num w:numId="3" w16cid:durableId="575671224">
    <w:abstractNumId w:val="5"/>
  </w:num>
  <w:num w:numId="4" w16cid:durableId="320932056">
    <w:abstractNumId w:val="4"/>
  </w:num>
  <w:num w:numId="5" w16cid:durableId="948126339">
    <w:abstractNumId w:val="7"/>
  </w:num>
  <w:num w:numId="6" w16cid:durableId="1306661560">
    <w:abstractNumId w:val="3"/>
  </w:num>
  <w:num w:numId="7" w16cid:durableId="486015379">
    <w:abstractNumId w:val="2"/>
  </w:num>
  <w:num w:numId="8" w16cid:durableId="2081293063">
    <w:abstractNumId w:val="1"/>
  </w:num>
  <w:num w:numId="9" w16cid:durableId="649021269">
    <w:abstractNumId w:val="0"/>
  </w:num>
  <w:num w:numId="10" w16cid:durableId="1506936964">
    <w:abstractNumId w:val="13"/>
  </w:num>
  <w:num w:numId="11" w16cid:durableId="71899765">
    <w:abstractNumId w:val="12"/>
  </w:num>
  <w:num w:numId="12" w16cid:durableId="1585795740">
    <w:abstractNumId w:val="10"/>
  </w:num>
  <w:num w:numId="13" w16cid:durableId="480123962">
    <w:abstractNumId w:val="11"/>
  </w:num>
  <w:num w:numId="14" w16cid:durableId="1141385620">
    <w:abstractNumId w:val="15"/>
  </w:num>
  <w:num w:numId="15" w16cid:durableId="1052773481">
    <w:abstractNumId w:val="9"/>
  </w:num>
  <w:num w:numId="16" w16cid:durableId="151421996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638A9"/>
    <w:rsid w:val="000912B6"/>
    <w:rsid w:val="000C3121"/>
    <w:rsid w:val="001037B5"/>
    <w:rsid w:val="0015074B"/>
    <w:rsid w:val="00167AE3"/>
    <w:rsid w:val="00185D9F"/>
    <w:rsid w:val="00202B17"/>
    <w:rsid w:val="0025500E"/>
    <w:rsid w:val="0029639D"/>
    <w:rsid w:val="002A746F"/>
    <w:rsid w:val="00302CFB"/>
    <w:rsid w:val="00326F90"/>
    <w:rsid w:val="00337DEE"/>
    <w:rsid w:val="00370E9C"/>
    <w:rsid w:val="003B60CD"/>
    <w:rsid w:val="00413C84"/>
    <w:rsid w:val="00417DEC"/>
    <w:rsid w:val="0053160C"/>
    <w:rsid w:val="005921EF"/>
    <w:rsid w:val="005B56D0"/>
    <w:rsid w:val="006657EA"/>
    <w:rsid w:val="00677188"/>
    <w:rsid w:val="006C4440"/>
    <w:rsid w:val="007458AF"/>
    <w:rsid w:val="0079008D"/>
    <w:rsid w:val="007E691A"/>
    <w:rsid w:val="008565A2"/>
    <w:rsid w:val="00863E31"/>
    <w:rsid w:val="00875358"/>
    <w:rsid w:val="0088677A"/>
    <w:rsid w:val="00893196"/>
    <w:rsid w:val="008B087B"/>
    <w:rsid w:val="008B619D"/>
    <w:rsid w:val="008C06F1"/>
    <w:rsid w:val="008C6730"/>
    <w:rsid w:val="0093160D"/>
    <w:rsid w:val="009679D1"/>
    <w:rsid w:val="0097333E"/>
    <w:rsid w:val="00A0695A"/>
    <w:rsid w:val="00A101D4"/>
    <w:rsid w:val="00AA1D8D"/>
    <w:rsid w:val="00AD1B05"/>
    <w:rsid w:val="00B40E17"/>
    <w:rsid w:val="00B47730"/>
    <w:rsid w:val="00C1157B"/>
    <w:rsid w:val="00C136B9"/>
    <w:rsid w:val="00C62A16"/>
    <w:rsid w:val="00C87984"/>
    <w:rsid w:val="00C95AA8"/>
    <w:rsid w:val="00CB0664"/>
    <w:rsid w:val="00D31FDE"/>
    <w:rsid w:val="00D437F6"/>
    <w:rsid w:val="00DA3741"/>
    <w:rsid w:val="00E030DD"/>
    <w:rsid w:val="00EC225D"/>
    <w:rsid w:val="00F22490"/>
    <w:rsid w:val="00F37048"/>
    <w:rsid w:val="00F47129"/>
    <w:rsid w:val="00FC693F"/>
    <w:rsid w:val="4C62EEB6"/>
    <w:rsid w:val="66362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7E076735"/>
  <w14:defaultImageDpi w14:val="300"/>
  <w15:docId w15:val="{A50E8260-9AE4-458F-8DDA-4BAE93537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C693F"/>
    <w:rPr>
      <w:rFonts w:ascii="Arial" w:hAnsi="Arial"/>
      <w:color w:val="222222"/>
    </w:rPr>
  </w:style>
  <w:style w:type="paragraph" w:styleId="Kop1">
    <w:name w:val="heading 1"/>
    <w:basedOn w:val="Standaard"/>
    <w:next w:val="Standaard"/>
    <w:link w:val="Kop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618BF"/>
  </w:style>
  <w:style w:type="paragraph" w:styleId="Voettekst">
    <w:name w:val="footer"/>
    <w:basedOn w:val="Standaard"/>
    <w:link w:val="Voet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618BF"/>
  </w:style>
  <w:style w:type="paragraph" w:styleId="Ge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ard"/>
    <w:next w:val="Standaard"/>
    <w:link w:val="Titel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jstalinea">
    <w:name w:val="List Paragraph"/>
    <w:basedOn w:val="Standaard"/>
    <w:uiPriority w:val="34"/>
    <w:qFormat/>
    <w:rsid w:val="00FC693F"/>
    <w:pPr>
      <w:ind w:left="720"/>
      <w:contextualSpacing/>
    </w:pPr>
  </w:style>
  <w:style w:type="paragraph" w:styleId="Plattetekst">
    <w:name w:val="Body Text"/>
    <w:basedOn w:val="Standaard"/>
    <w:link w:val="PlattetekstChar"/>
    <w:uiPriority w:val="99"/>
    <w:unhideWhenUsed/>
    <w:rsid w:val="00AA1D8D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rsid w:val="00AA1D8D"/>
  </w:style>
  <w:style w:type="paragraph" w:styleId="Plattetekst2">
    <w:name w:val="Body Text 2"/>
    <w:basedOn w:val="Standaard"/>
    <w:link w:val="Plattetekst2Char"/>
    <w:uiPriority w:val="99"/>
    <w:unhideWhenUsed/>
    <w:rsid w:val="00AA1D8D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rsid w:val="00AA1D8D"/>
  </w:style>
  <w:style w:type="paragraph" w:styleId="Plattetekst3">
    <w:name w:val="Body Text 3"/>
    <w:basedOn w:val="Standaard"/>
    <w:link w:val="Platteteks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AA1D8D"/>
    <w:rPr>
      <w:sz w:val="16"/>
      <w:szCs w:val="16"/>
    </w:rPr>
  </w:style>
  <w:style w:type="paragraph" w:styleId="Lijst">
    <w:name w:val="List"/>
    <w:basedOn w:val="Standaard"/>
    <w:uiPriority w:val="99"/>
    <w:unhideWhenUsed/>
    <w:rsid w:val="00AA1D8D"/>
    <w:pPr>
      <w:ind w:left="360" w:hanging="360"/>
      <w:contextualSpacing/>
    </w:pPr>
  </w:style>
  <w:style w:type="paragraph" w:styleId="Lijst2">
    <w:name w:val="List 2"/>
    <w:basedOn w:val="Standaard"/>
    <w:uiPriority w:val="99"/>
    <w:unhideWhenUsed/>
    <w:rsid w:val="00326F90"/>
    <w:pPr>
      <w:ind w:left="720" w:hanging="360"/>
      <w:contextualSpacing/>
    </w:pPr>
  </w:style>
  <w:style w:type="paragraph" w:styleId="Lijst3">
    <w:name w:val="List 3"/>
    <w:basedOn w:val="Standaard"/>
    <w:uiPriority w:val="99"/>
    <w:unhideWhenUsed/>
    <w:rsid w:val="00326F90"/>
    <w:pPr>
      <w:ind w:left="1080" w:hanging="360"/>
      <w:contextualSpacing/>
    </w:pPr>
  </w:style>
  <w:style w:type="paragraph" w:styleId="Lijstopsomteken">
    <w:name w:val="List Bullet"/>
    <w:basedOn w:val="Standaard"/>
    <w:uiPriority w:val="99"/>
    <w:unhideWhenUsed/>
    <w:rsid w:val="00326F90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00326F90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0326F90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unhideWhenUsed/>
    <w:rsid w:val="00326F90"/>
    <w:pPr>
      <w:numPr>
        <w:numId w:val="5"/>
      </w:numPr>
      <w:contextualSpacing/>
    </w:pPr>
  </w:style>
  <w:style w:type="paragraph" w:styleId="Lijstnummering2">
    <w:name w:val="List Number 2"/>
    <w:basedOn w:val="Standaard"/>
    <w:uiPriority w:val="99"/>
    <w:unhideWhenUsed/>
    <w:rsid w:val="0029639D"/>
    <w:pPr>
      <w:numPr>
        <w:numId w:val="6"/>
      </w:numPr>
      <w:contextualSpacing/>
    </w:pPr>
  </w:style>
  <w:style w:type="paragraph" w:styleId="Lijstnummering3">
    <w:name w:val="List Number 3"/>
    <w:basedOn w:val="Standaard"/>
    <w:uiPriority w:val="99"/>
    <w:unhideWhenUsed/>
    <w:rsid w:val="0029639D"/>
    <w:pPr>
      <w:numPr>
        <w:numId w:val="7"/>
      </w:numPr>
      <w:contextualSpacing/>
    </w:pPr>
  </w:style>
  <w:style w:type="paragraph" w:styleId="Lijstvoortzetting">
    <w:name w:val="List Continue"/>
    <w:basedOn w:val="Standaard"/>
    <w:uiPriority w:val="99"/>
    <w:unhideWhenUsed/>
    <w:rsid w:val="0029639D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unhideWhenUsed/>
    <w:rsid w:val="0029639D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unhideWhenUsed/>
    <w:rsid w:val="0029639D"/>
    <w:pPr>
      <w:spacing w:after="120"/>
      <w:ind w:left="1080"/>
      <w:contextualSpacing/>
    </w:pPr>
  </w:style>
  <w:style w:type="paragraph" w:styleId="Macrotekst">
    <w:name w:val="macro"/>
    <w:link w:val="Macroteks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rsid w:val="0029639D"/>
    <w:rPr>
      <w:rFonts w:ascii="Courier" w:hAnsi="Courier"/>
      <w:sz w:val="20"/>
      <w:szCs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FC693F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FC693F"/>
    <w:rPr>
      <w:i/>
      <w:iCs/>
      <w:color w:val="000000" w:themeColor="text1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FC693F"/>
    <w:rPr>
      <w:b/>
      <w:bCs/>
    </w:rPr>
  </w:style>
  <w:style w:type="character" w:styleId="Nadruk">
    <w:name w:val="Emphasis"/>
    <w:basedOn w:val="Standaardalinea-lettertype"/>
    <w:uiPriority w:val="20"/>
    <w:qFormat/>
    <w:rsid w:val="00FC693F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C693F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FC693F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FC693F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FC693F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C693F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C693F"/>
    <w:pPr>
      <w:outlineLvl w:val="9"/>
    </w:pPr>
  </w:style>
  <w:style w:type="table" w:styleId="Tabelraster">
    <w:name w:val="Table Grid"/>
    <w:basedOn w:val="Standaard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arcering">
    <w:name w:val="Light Shading"/>
    <w:basedOn w:val="Standaard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-accent2">
    <w:name w:val="Light List Accent 2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lijst-accent3">
    <w:name w:val="Light List Accent 3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4">
    <w:name w:val="Light List Accent 4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chtelijst-accent5">
    <w:name w:val="Light List Accent 5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elijst-accent6">
    <w:name w:val="Light List Accent 6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chtraster">
    <w:name w:val="Light Grid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chtraster-accent2">
    <w:name w:val="Light Grid Accent 2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chtraster-accent3">
    <w:name w:val="Light Grid Accent 3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chtraster-accent4">
    <w:name w:val="Light Grid Accent 4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chtraster-accent5">
    <w:name w:val="Light Grid Accent 5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chtraster-accent6">
    <w:name w:val="Light Grid Accent 6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Gemiddeldearcering1">
    <w:name w:val="Medium Shading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raster1">
    <w:name w:val="Medium Grid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onkerelijst">
    <w:name w:val="Dark List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leurrijkearcering">
    <w:name w:val="Colorful Shading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raster">
    <w:name w:val="Colorful Grid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Revisie">
    <w:name w:val="Revision"/>
    <w:hidden/>
    <w:uiPriority w:val="99"/>
    <w:semiHidden/>
    <w:rsid w:val="003B60CD"/>
    <w:pPr>
      <w:spacing w:after="0" w:line="240" w:lineRule="auto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0C312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C3121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C312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C312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C3121"/>
    <w:rPr>
      <w:b/>
      <w:bCs/>
      <w:sz w:val="20"/>
      <w:szCs w:val="20"/>
    </w:rPr>
  </w:style>
  <w:style w:type="character" w:styleId="Vermelding">
    <w:name w:val="Mention"/>
    <w:basedOn w:val="Standaardalinea-lettertype"/>
    <w:uiPriority w:val="99"/>
    <w:unhideWhenUsed/>
    <w:rsid w:val="000C3121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5c466d1-6c21-4795-a149-ed46c30ad847" xsi:nil="true"/>
    <lcf76f155ced4ddcb4097134ff3c332f xmlns="c4c55139-8f21-4cdf-a965-4164c96b2c0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51948F8B9267459AAB9A9E5DDC7A7C" ma:contentTypeVersion="23" ma:contentTypeDescription="Create a new document." ma:contentTypeScope="" ma:versionID="9827b6001719c2e9495039c2d514ad85">
  <xsd:schema xmlns:xsd="http://www.w3.org/2001/XMLSchema" xmlns:xs="http://www.w3.org/2001/XMLSchema" xmlns:p="http://schemas.microsoft.com/office/2006/metadata/properties" xmlns:ns2="c4c55139-8f21-4cdf-a965-4164c96b2c0a" xmlns:ns3="25c466d1-6c21-4795-a149-ed46c30ad847" targetNamespace="http://schemas.microsoft.com/office/2006/metadata/properties" ma:root="true" ma:fieldsID="b73460093cdd0e97c186f9a08da91322" ns2:_="" ns3:_="">
    <xsd:import namespace="c4c55139-8f21-4cdf-a965-4164c96b2c0a"/>
    <xsd:import namespace="25c466d1-6c21-4795-a149-ed46c30ad8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c55139-8f21-4cdf-a965-4164c96b2c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15342e6-db2d-45fe-b3dd-cd2d560fbe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c466d1-6c21-4795-a149-ed46c30ad84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50f5cebc-3d77-4e11-ac66-56825192a41f}" ma:internalName="TaxCatchAll" ma:showField="CatchAllData" ma:web="25c466d1-6c21-4795-a149-ed46c30ad8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A787B1C-1CAA-4E58-9375-9E71CB050919}">
  <ds:schemaRefs>
    <ds:schemaRef ds:uri="25c466d1-6c21-4795-a149-ed46c30ad847"/>
    <ds:schemaRef ds:uri="http://purl.org/dc/dcmitype/"/>
    <ds:schemaRef ds:uri="c4c55139-8f21-4cdf-a965-4164c96b2c0a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http://purl.org/dc/elements/1.1/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A33EE84D-C20A-46B2-8570-C2895126A5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D116B1-6A76-4D9D-8C63-6016492D7A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c55139-8f21-4cdf-a965-4164c96b2c0a"/>
    <ds:schemaRef ds:uri="25c466d1-6c21-4795-a149-ed46c30ad8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Mpourtzos</dc:creator>
  <cp:keywords/>
  <dc:description>generated by python-docx</dc:description>
  <cp:lastModifiedBy>Marie Mpourtzos</cp:lastModifiedBy>
  <cp:revision>8</cp:revision>
  <dcterms:created xsi:type="dcterms:W3CDTF">2026-10-09T14:02:00Z</dcterms:created>
  <dcterms:modified xsi:type="dcterms:W3CDTF">2026-10-12T13:19:00Z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0x0101008451948F8B9267459AAB9A9E5DDC7A7C</vt:lpwstr>
  </property>
  <property fmtid="{D5CDD505-2E9C-101B-9397-08002B2CF9AE}" pid="3" name="MediaServiceImageTags">
    <vt:lpwstr/>
  </property>
</Properties>
</file>