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74A08" w14:textId="77777777" w:rsidR="007E7D18" w:rsidRPr="008844B5" w:rsidRDefault="002615EE" w:rsidP="008844B5">
      <w:pPr>
        <w:pStyle w:val="Titre"/>
        <w:keepNext/>
        <w:keepLines/>
        <w:spacing w:after="360" w:line="276" w:lineRule="auto"/>
        <w:jc w:val="center"/>
        <w:rPr>
          <w:rFonts w:ascii="Arial" w:hAnsi="Arial" w:cs="Arial"/>
          <w:color w:val="FF9A31"/>
          <w:sz w:val="48"/>
          <w:szCs w:val="48"/>
          <w:lang w:val="nl-NL"/>
        </w:rPr>
      </w:pPr>
      <w:r w:rsidRPr="00B35AE8">
        <w:rPr>
          <w:rFonts w:ascii="Arial" w:hAnsi="Arial" w:cs="Arial"/>
          <w:b/>
          <w:bCs/>
          <w:color w:val="1A9AA0"/>
          <w:sz w:val="40"/>
          <w:szCs w:val="40"/>
          <w:lang w:val="nl-NL"/>
        </w:rPr>
        <w:t>Competentieprofiel – Huishoudhulp Dienstencheques</w:t>
      </w:r>
    </w:p>
    <w:p w14:paraId="3D0FEAED" w14:textId="77777777" w:rsidR="007E7D18" w:rsidRPr="003D3D9F" w:rsidRDefault="002615EE" w:rsidP="0045664C">
      <w:pPr>
        <w:pStyle w:val="Titre1"/>
        <w:spacing w:before="320" w:after="160"/>
        <w:rPr>
          <w:rFonts w:ascii="Arial" w:hAnsi="Arial" w:cs="Arial"/>
          <w:color w:val="087990"/>
          <w:lang w:val="nl-NL"/>
        </w:rPr>
      </w:pPr>
      <w:r w:rsidRPr="00B35AE8">
        <w:rPr>
          <w:rFonts w:ascii="Arial" w:hAnsi="Arial" w:cs="Arial"/>
          <w:b w:val="0"/>
          <w:bCs w:val="0"/>
          <w:color w:val="1A9AA0"/>
          <w:sz w:val="32"/>
          <w:szCs w:val="32"/>
          <w:lang w:val="nl-NL"/>
        </w:rPr>
        <w:t xml:space="preserve">I. Technische vaardigheden </w:t>
      </w:r>
    </w:p>
    <w:p w14:paraId="26B44DA8" w14:textId="77777777" w:rsidR="00A97A7E" w:rsidRPr="004400A5" w:rsidRDefault="00A97A7E">
      <w:pPr>
        <w:spacing w:after="0" w:line="240" w:lineRule="auto"/>
        <w:rPr>
          <w:rFonts w:cs="Arial"/>
          <w:b/>
          <w:lang w:val="nl-NL"/>
        </w:rPr>
      </w:pPr>
    </w:p>
    <w:p w14:paraId="6E13EB6A" w14:textId="77777777" w:rsidR="007E7D18" w:rsidRPr="004400A5" w:rsidRDefault="002615EE">
      <w:pPr>
        <w:keepLines/>
        <w:spacing w:after="160"/>
        <w:rPr>
          <w:rFonts w:cs="Arial"/>
          <w:b/>
          <w:lang w:val="nl-NL"/>
        </w:rPr>
      </w:pPr>
      <w:r w:rsidRPr="004400A5">
        <w:rPr>
          <w:rFonts w:cs="Arial"/>
          <w:b/>
          <w:lang w:val="nl-NL"/>
        </w:rPr>
        <w:t>Waarom is deze competentie belangrijk?</w:t>
      </w:r>
    </w:p>
    <w:p w14:paraId="0D3B22FE" w14:textId="77777777" w:rsidR="00E8508C" w:rsidRPr="004400A5" w:rsidRDefault="00E8508C">
      <w:pPr>
        <w:keepLines/>
        <w:spacing w:after="160"/>
        <w:rPr>
          <w:rFonts w:cs="Arial"/>
          <w:lang w:val="nl-NL"/>
        </w:rPr>
      </w:pPr>
      <w:r w:rsidRPr="004400A5">
        <w:rPr>
          <w:rFonts w:cs="Arial"/>
          <w:lang w:val="nl-NL"/>
        </w:rPr>
        <w:t>Een goede technische basis vormt de basis van het beroep. Ze zorgt ervoor dat het huishouden efficiënt en kwaliteitsvol wordt onderhouden</w:t>
      </w:r>
      <w:r w:rsidR="00E95D9A" w:rsidRPr="004400A5">
        <w:rPr>
          <w:rFonts w:cs="Arial"/>
          <w:lang w:val="nl-NL"/>
        </w:rPr>
        <w:t>. Dit alles is in samenspraak met de klant en de verwachtingen die deze heeft.</w:t>
      </w:r>
    </w:p>
    <w:p w14:paraId="30BA29E4" w14:textId="77777777" w:rsidR="007E7D18" w:rsidRPr="00F547F1" w:rsidRDefault="00E8508C">
      <w:pPr>
        <w:keepLines/>
        <w:spacing w:after="160"/>
        <w:rPr>
          <w:rFonts w:cs="Arial"/>
          <w:b/>
          <w:color w:val="F39200"/>
          <w:sz w:val="26"/>
          <w:szCs w:val="26"/>
          <w:lang w:val="nl-NL"/>
        </w:rPr>
      </w:pPr>
      <w:r w:rsidRPr="00F547F1">
        <w:rPr>
          <w:rFonts w:cs="Arial"/>
          <w:b/>
          <w:color w:val="F39200"/>
          <w:sz w:val="26"/>
          <w:szCs w:val="26"/>
          <w:lang w:val="nl-NL"/>
        </w:rPr>
        <w:t>Wat verwachten we?</w:t>
      </w:r>
    </w:p>
    <w:p w14:paraId="70E5CB78" w14:textId="77777777" w:rsidR="00895AD4" w:rsidRPr="004400A5" w:rsidRDefault="00895AD4" w:rsidP="00322583">
      <w:pPr>
        <w:keepLines/>
        <w:numPr>
          <w:ilvl w:val="0"/>
          <w:numId w:val="10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De juiste poetstechnieken kennen en toepassen.</w:t>
      </w:r>
    </w:p>
    <w:p w14:paraId="3ABBAAE9" w14:textId="77777777" w:rsidR="00895AD4" w:rsidRPr="004400A5" w:rsidRDefault="00895AD4" w:rsidP="00322583">
      <w:pPr>
        <w:keepLines/>
        <w:numPr>
          <w:ilvl w:val="0"/>
          <w:numId w:val="10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Het materiaal correct en zorgvuldig gebruiken.</w:t>
      </w:r>
    </w:p>
    <w:p w14:paraId="4C989146" w14:textId="77777777" w:rsidR="00895AD4" w:rsidRPr="004400A5" w:rsidRDefault="000577C1" w:rsidP="00322583">
      <w:pPr>
        <w:keepLines/>
        <w:numPr>
          <w:ilvl w:val="0"/>
          <w:numId w:val="10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De w</w:t>
      </w:r>
      <w:r w:rsidR="00895AD4" w:rsidRPr="004400A5">
        <w:rPr>
          <w:rFonts w:cs="Arial"/>
          <w:lang w:val="nl-NL"/>
        </w:rPr>
        <w:t>as correct uitvoeren en strijken.</w:t>
      </w:r>
    </w:p>
    <w:p w14:paraId="140A0219" w14:textId="77777777" w:rsidR="00895AD4" w:rsidRPr="004400A5" w:rsidRDefault="00895AD4" w:rsidP="00322583">
      <w:pPr>
        <w:keepLines/>
        <w:numPr>
          <w:ilvl w:val="0"/>
          <w:numId w:val="10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De nodige hygiëneregels respecteren.</w:t>
      </w:r>
    </w:p>
    <w:p w14:paraId="5EFF407D" w14:textId="77777777" w:rsidR="002951C3" w:rsidRPr="004400A5" w:rsidRDefault="00895AD4" w:rsidP="00322583">
      <w:pPr>
        <w:keepLines/>
        <w:numPr>
          <w:ilvl w:val="0"/>
          <w:numId w:val="10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De werkwijze aanpassen aan verschillende oppervlakken en materialen.</w:t>
      </w:r>
      <w:r w:rsidR="002951C3" w:rsidRPr="004400A5">
        <w:rPr>
          <w:rFonts w:cs="Arial"/>
          <w:lang w:val="nl-NL"/>
        </w:rPr>
        <w:br/>
      </w:r>
    </w:p>
    <w:p w14:paraId="0159D939" w14:textId="77777777" w:rsidR="007E7D18" w:rsidRPr="00322583" w:rsidRDefault="002615EE" w:rsidP="0045664C">
      <w:pPr>
        <w:pStyle w:val="Titre1"/>
        <w:spacing w:before="320" w:after="160"/>
        <w:rPr>
          <w:rFonts w:ascii="Arial" w:hAnsi="Arial" w:cs="Arial"/>
          <w:color w:val="087990"/>
          <w:lang w:val="nl-NL"/>
        </w:rPr>
      </w:pPr>
      <w:r w:rsidRPr="00B35AE8">
        <w:rPr>
          <w:rFonts w:ascii="Arial" w:hAnsi="Arial" w:cs="Arial"/>
          <w:b w:val="0"/>
          <w:bCs w:val="0"/>
          <w:color w:val="1A9AA0"/>
          <w:sz w:val="32"/>
          <w:szCs w:val="32"/>
          <w:lang w:val="nl-NL"/>
        </w:rPr>
        <w:t>II. Preventie, gezondheid en veiligheid</w:t>
      </w:r>
    </w:p>
    <w:p w14:paraId="6EEF2311" w14:textId="77777777" w:rsidR="00A97A7E" w:rsidRPr="004400A5" w:rsidRDefault="00A97A7E">
      <w:pPr>
        <w:spacing w:after="0" w:line="240" w:lineRule="auto"/>
        <w:rPr>
          <w:rFonts w:cs="Arial"/>
          <w:b/>
          <w:lang w:val="nl-NL"/>
        </w:rPr>
      </w:pPr>
    </w:p>
    <w:p w14:paraId="67212854" w14:textId="77777777" w:rsidR="007E7D18" w:rsidRPr="00F547F1" w:rsidRDefault="002615EE">
      <w:pPr>
        <w:keepLines/>
        <w:spacing w:after="160"/>
        <w:rPr>
          <w:rFonts w:cs="Arial"/>
          <w:b/>
          <w:color w:val="F39200"/>
          <w:sz w:val="26"/>
          <w:szCs w:val="26"/>
          <w:lang w:val="nl-NL"/>
        </w:rPr>
      </w:pPr>
      <w:r w:rsidRPr="00F547F1">
        <w:rPr>
          <w:rFonts w:cs="Arial"/>
          <w:b/>
          <w:color w:val="F39200"/>
          <w:sz w:val="26"/>
          <w:szCs w:val="26"/>
          <w:lang w:val="nl-NL"/>
        </w:rPr>
        <w:t>Waarom is deze competentie belangrijk?</w:t>
      </w:r>
    </w:p>
    <w:p w14:paraId="7E150C22" w14:textId="77777777" w:rsidR="00466DE8" w:rsidRPr="004400A5" w:rsidRDefault="00466DE8" w:rsidP="00466DE8">
      <w:pPr>
        <w:keepLines/>
        <w:spacing w:after="160"/>
        <w:rPr>
          <w:rFonts w:cs="Arial"/>
          <w:lang w:val="nl-NL"/>
        </w:rPr>
      </w:pPr>
      <w:r w:rsidRPr="004400A5">
        <w:rPr>
          <w:rFonts w:cs="Arial"/>
          <w:lang w:val="nl-NL"/>
        </w:rPr>
        <w:t>Het werk van een huishoudhulp is fysiek. Dagelijks worden er verschillende bewegingen en houdingen gevraagd en wordt er gewerkt met onderhoudsproducten en materiaal.</w:t>
      </w:r>
    </w:p>
    <w:p w14:paraId="087F6A98" w14:textId="77777777" w:rsidR="00466DE8" w:rsidRPr="004400A5" w:rsidRDefault="00466DE8" w:rsidP="00466DE8">
      <w:pPr>
        <w:keepLines/>
        <w:spacing w:after="160"/>
        <w:rPr>
          <w:rFonts w:cs="Arial"/>
          <w:lang w:val="nl-NL"/>
        </w:rPr>
      </w:pPr>
      <w:r w:rsidRPr="004400A5">
        <w:rPr>
          <w:rFonts w:cs="Arial"/>
          <w:lang w:val="nl-NL"/>
        </w:rPr>
        <w:t xml:space="preserve">Goed zorg dragen voor </w:t>
      </w:r>
      <w:r w:rsidR="00BF6ABE" w:rsidRPr="004400A5">
        <w:rPr>
          <w:rFonts w:cs="Arial"/>
          <w:lang w:val="nl-NL"/>
        </w:rPr>
        <w:t>je</w:t>
      </w:r>
      <w:r w:rsidRPr="004400A5">
        <w:rPr>
          <w:rFonts w:cs="Arial"/>
          <w:lang w:val="nl-NL"/>
        </w:rPr>
        <w:t xml:space="preserve"> eigen gezondheid en veiligheid is daarom belangrijk</w:t>
      </w:r>
      <w:r w:rsidR="006C3B55" w:rsidRPr="004400A5">
        <w:rPr>
          <w:rFonts w:cs="Arial"/>
          <w:lang w:val="nl-NL"/>
        </w:rPr>
        <w:t>. Je voorkomt niet alleen arbeidsongevallen</w:t>
      </w:r>
      <w:r w:rsidR="00A97A7E" w:rsidRPr="004400A5">
        <w:rPr>
          <w:rFonts w:cs="Arial"/>
          <w:lang w:val="nl-NL"/>
        </w:rPr>
        <w:t xml:space="preserve">, </w:t>
      </w:r>
      <w:r w:rsidR="006C3B55" w:rsidRPr="004400A5">
        <w:rPr>
          <w:rFonts w:cs="Arial"/>
          <w:lang w:val="nl-NL"/>
        </w:rPr>
        <w:t>maar verkleint ook de kans op lichamelijke klachten.</w:t>
      </w:r>
    </w:p>
    <w:p w14:paraId="1B28EE9C" w14:textId="77777777" w:rsidR="00E8508C" w:rsidRPr="00F547F1" w:rsidRDefault="00E8508C" w:rsidP="00466DE8">
      <w:pPr>
        <w:keepLines/>
        <w:spacing w:after="160"/>
        <w:rPr>
          <w:rFonts w:cs="Arial"/>
          <w:b/>
          <w:color w:val="F39200"/>
          <w:sz w:val="26"/>
          <w:szCs w:val="26"/>
          <w:lang w:val="nl-NL"/>
        </w:rPr>
      </w:pPr>
      <w:r w:rsidRPr="00F547F1">
        <w:rPr>
          <w:rFonts w:cs="Arial"/>
          <w:b/>
          <w:color w:val="F39200"/>
          <w:sz w:val="26"/>
          <w:szCs w:val="26"/>
          <w:lang w:val="nl-NL"/>
        </w:rPr>
        <w:t>Wat verwachten we?</w:t>
      </w:r>
    </w:p>
    <w:p w14:paraId="0C56A2A7" w14:textId="77777777" w:rsidR="00135C54" w:rsidRPr="004400A5" w:rsidRDefault="00135C54" w:rsidP="005B50A7">
      <w:pPr>
        <w:keepLines/>
        <w:numPr>
          <w:ilvl w:val="0"/>
          <w:numId w:val="11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Onderhoudsproducten correct en veilig gebruiken.</w:t>
      </w:r>
    </w:p>
    <w:p w14:paraId="72AA9B2F" w14:textId="77777777" w:rsidR="00135C54" w:rsidRPr="004400A5" w:rsidRDefault="00135C54" w:rsidP="005B50A7">
      <w:pPr>
        <w:keepLines/>
        <w:numPr>
          <w:ilvl w:val="0"/>
          <w:numId w:val="11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Veiligheidsvoorschriften respecteren.</w:t>
      </w:r>
    </w:p>
    <w:p w14:paraId="161054F6" w14:textId="77777777" w:rsidR="00135C54" w:rsidRPr="004400A5" w:rsidRDefault="00135C54" w:rsidP="005B50A7">
      <w:pPr>
        <w:keepLines/>
        <w:numPr>
          <w:ilvl w:val="0"/>
          <w:numId w:val="11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De juiste bewegingen en werkhoudingen aannemen.</w:t>
      </w:r>
    </w:p>
    <w:p w14:paraId="0B9810A7" w14:textId="77777777" w:rsidR="00135C54" w:rsidRPr="004400A5" w:rsidRDefault="00135C54" w:rsidP="005B50A7">
      <w:pPr>
        <w:keepLines/>
        <w:numPr>
          <w:ilvl w:val="0"/>
          <w:numId w:val="11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Risicovolle situaties herkennen en melden.</w:t>
      </w:r>
    </w:p>
    <w:p w14:paraId="63C37B62" w14:textId="77777777" w:rsidR="009A67F1" w:rsidRPr="00523296" w:rsidRDefault="00135C54" w:rsidP="00523296">
      <w:pPr>
        <w:keepLines/>
        <w:numPr>
          <w:ilvl w:val="0"/>
          <w:numId w:val="11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Beschermingsmiddelen gebruiken wanneer dat nodig is.</w:t>
      </w:r>
    </w:p>
    <w:p w14:paraId="5D613897" w14:textId="77777777" w:rsidR="007E7D18" w:rsidRPr="00523296" w:rsidRDefault="002615EE" w:rsidP="0045664C">
      <w:pPr>
        <w:pStyle w:val="Titre1"/>
        <w:spacing w:before="320" w:after="160"/>
        <w:rPr>
          <w:rFonts w:ascii="Arial" w:hAnsi="Arial" w:cs="Arial"/>
          <w:color w:val="087990"/>
          <w:lang w:val="nl-NL"/>
        </w:rPr>
      </w:pPr>
      <w:r w:rsidRPr="00B35AE8">
        <w:rPr>
          <w:rFonts w:ascii="Arial" w:hAnsi="Arial" w:cs="Arial"/>
          <w:b w:val="0"/>
          <w:bCs w:val="0"/>
          <w:color w:val="1A9AA0"/>
          <w:sz w:val="32"/>
          <w:szCs w:val="32"/>
          <w:lang w:val="nl-NL"/>
        </w:rPr>
        <w:t>III. Persoonlijke en sociale vaardigheden (Soft skills)</w:t>
      </w:r>
    </w:p>
    <w:p w14:paraId="75C4D876" w14:textId="77777777" w:rsidR="009A67F1" w:rsidRPr="004400A5" w:rsidRDefault="009A67F1">
      <w:pPr>
        <w:pStyle w:val="Titre2"/>
        <w:spacing w:after="160"/>
        <w:rPr>
          <w:rFonts w:ascii="Arial" w:hAnsi="Arial" w:cs="Arial"/>
          <w:lang w:val="nl-NL"/>
        </w:rPr>
      </w:pPr>
      <w:r w:rsidRPr="004400A5">
        <w:rPr>
          <w:rFonts w:ascii="Arial" w:hAnsi="Arial" w:cs="Arial"/>
          <w:color w:val="F39200"/>
          <w:lang w:val="nl-NL"/>
        </w:rPr>
        <w:t>De belangrijkste competenties bij aanwerving</w:t>
      </w:r>
      <w:r w:rsidR="00CC253F" w:rsidRPr="004400A5">
        <w:rPr>
          <w:rFonts w:ascii="Arial" w:hAnsi="Arial" w:cs="Arial"/>
          <w:color w:val="F39200"/>
          <w:lang w:val="nl-NL"/>
        </w:rPr>
        <w:t>:</w:t>
      </w:r>
    </w:p>
    <w:p w14:paraId="1BB11E61" w14:textId="77777777" w:rsidR="00DD75A5" w:rsidRPr="004400A5" w:rsidRDefault="00FA0D12" w:rsidP="000A5128">
      <w:pPr>
        <w:keepLines/>
        <w:numPr>
          <w:ilvl w:val="0"/>
          <w:numId w:val="12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Betrouw</w:t>
      </w:r>
      <w:r w:rsidR="003D28B8">
        <w:rPr>
          <w:rFonts w:cs="Arial"/>
          <w:lang w:val="nl-NL"/>
        </w:rPr>
        <w:t>baar</w:t>
      </w:r>
      <w:r w:rsidRPr="004400A5">
        <w:rPr>
          <w:rFonts w:cs="Arial"/>
          <w:lang w:val="nl-NL"/>
        </w:rPr>
        <w:t>heid</w:t>
      </w:r>
    </w:p>
    <w:p w14:paraId="74E73E49" w14:textId="77777777" w:rsidR="00DD75A5" w:rsidRPr="004400A5" w:rsidRDefault="00FA0D12" w:rsidP="000A5128">
      <w:pPr>
        <w:keepLines/>
        <w:numPr>
          <w:ilvl w:val="0"/>
          <w:numId w:val="12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Respect en discretie</w:t>
      </w:r>
    </w:p>
    <w:p w14:paraId="664D688F" w14:textId="77777777" w:rsidR="00DD75A5" w:rsidRPr="004400A5" w:rsidRDefault="00FA0D12" w:rsidP="000A5128">
      <w:pPr>
        <w:keepLines/>
        <w:numPr>
          <w:ilvl w:val="0"/>
          <w:numId w:val="12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Motivatie en engagement</w:t>
      </w:r>
    </w:p>
    <w:p w14:paraId="42B12179" w14:textId="77777777" w:rsidR="00DD75A5" w:rsidRPr="004400A5" w:rsidRDefault="00FA0D12" w:rsidP="000A5128">
      <w:pPr>
        <w:keepLines/>
        <w:numPr>
          <w:ilvl w:val="0"/>
          <w:numId w:val="12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lastRenderedPageBreak/>
        <w:t>Communicatie</w:t>
      </w:r>
    </w:p>
    <w:p w14:paraId="205DEB89" w14:textId="77777777" w:rsidR="00DD75A5" w:rsidRPr="004400A5" w:rsidRDefault="00FA0D12" w:rsidP="000A5128">
      <w:pPr>
        <w:keepLines/>
        <w:numPr>
          <w:ilvl w:val="0"/>
          <w:numId w:val="12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Werkorganisatie</w:t>
      </w:r>
    </w:p>
    <w:p w14:paraId="4E21B2AC" w14:textId="77777777" w:rsidR="00DD75A5" w:rsidRPr="004400A5" w:rsidRDefault="00FA0D12" w:rsidP="000A5128">
      <w:pPr>
        <w:keepLines/>
        <w:numPr>
          <w:ilvl w:val="0"/>
          <w:numId w:val="12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Zelfstandigheid</w:t>
      </w:r>
    </w:p>
    <w:p w14:paraId="7DD04A65" w14:textId="77777777" w:rsidR="00DD75A5" w:rsidRPr="004400A5" w:rsidRDefault="00FA0D12" w:rsidP="000A5128">
      <w:pPr>
        <w:keepLines/>
        <w:numPr>
          <w:ilvl w:val="0"/>
          <w:numId w:val="12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Leergierigheid</w:t>
      </w:r>
    </w:p>
    <w:p w14:paraId="3AC303B2" w14:textId="77777777" w:rsidR="00DD75A5" w:rsidRPr="004400A5" w:rsidRDefault="00FA0D12" w:rsidP="000A5128">
      <w:pPr>
        <w:keepLines/>
        <w:numPr>
          <w:ilvl w:val="0"/>
          <w:numId w:val="12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Klantgerichtheid en dienstverlening</w:t>
      </w:r>
    </w:p>
    <w:p w14:paraId="66719901" w14:textId="77777777" w:rsidR="00A840E5" w:rsidRPr="004400A5" w:rsidRDefault="00824656" w:rsidP="00824656">
      <w:pPr>
        <w:keepLines/>
        <w:spacing w:after="160"/>
        <w:rPr>
          <w:rFonts w:cs="Arial"/>
          <w:lang w:val="nl-NL"/>
        </w:rPr>
      </w:pPr>
      <w:r w:rsidRPr="004400A5">
        <w:rPr>
          <w:rFonts w:cs="Arial"/>
          <w:lang w:val="nl-NL"/>
        </w:rPr>
        <w:t>Persoonlijke en sociale vaardigheden zijn minstens even belangrijk als de technische vaardigheden die we hierboven al besproken hebben. We geven ze even mee in detail.</w:t>
      </w:r>
      <w:r w:rsidR="002951C3" w:rsidRPr="004400A5">
        <w:rPr>
          <w:rFonts w:cs="Arial"/>
          <w:lang w:val="nl-NL"/>
        </w:rPr>
        <w:t xml:space="preserve"> </w:t>
      </w:r>
    </w:p>
    <w:p w14:paraId="2F07B74C" w14:textId="5302461C" w:rsidR="00701753" w:rsidRPr="000A5128" w:rsidRDefault="0086544D" w:rsidP="0086544D">
      <w:pPr>
        <w:pStyle w:val="Titre2"/>
        <w:spacing w:after="160"/>
        <w:ind w:firstLine="720"/>
        <w:rPr>
          <w:rFonts w:ascii="Arial" w:hAnsi="Arial" w:cs="Arial"/>
          <w:color w:val="087990"/>
          <w:sz w:val="24"/>
          <w:szCs w:val="24"/>
          <w:lang w:val="nl-NL"/>
        </w:rPr>
      </w:pPr>
      <w:r>
        <w:rPr>
          <w:rFonts w:ascii="Arial" w:hAnsi="Arial" w:cs="Arial"/>
          <w:color w:val="F39200"/>
          <w:lang w:val="nl-NL"/>
        </w:rPr>
        <w:t>1.</w:t>
      </w:r>
      <w:r w:rsidR="00701753" w:rsidRPr="00B35AE8">
        <w:rPr>
          <w:rFonts w:ascii="Arial" w:hAnsi="Arial" w:cs="Arial"/>
          <w:color w:val="F39200"/>
          <w:lang w:val="nl-NL"/>
        </w:rPr>
        <w:t xml:space="preserve"> Betrouwbaarheid</w:t>
      </w:r>
    </w:p>
    <w:p w14:paraId="560FA2B8" w14:textId="77777777" w:rsidR="00701753" w:rsidRPr="004400A5" w:rsidRDefault="00701753" w:rsidP="00701753">
      <w:pPr>
        <w:keepLines/>
        <w:spacing w:after="160"/>
        <w:rPr>
          <w:rFonts w:cs="Arial"/>
          <w:b/>
          <w:lang w:val="nl-NL"/>
        </w:rPr>
      </w:pPr>
      <w:r w:rsidRPr="004400A5">
        <w:rPr>
          <w:rFonts w:cs="Arial"/>
          <w:b/>
          <w:lang w:val="nl-NL"/>
        </w:rPr>
        <w:t>Waarom is deze competentie belangrijk?</w:t>
      </w:r>
    </w:p>
    <w:p w14:paraId="30E24AF4" w14:textId="77777777" w:rsidR="00701753" w:rsidRPr="004400A5" w:rsidRDefault="00701753" w:rsidP="00701753">
      <w:pPr>
        <w:keepLines/>
        <w:spacing w:after="160"/>
        <w:rPr>
          <w:rFonts w:cs="Arial"/>
          <w:lang w:val="nl-NL"/>
        </w:rPr>
      </w:pPr>
      <w:r w:rsidRPr="004400A5">
        <w:rPr>
          <w:rFonts w:cs="Arial"/>
          <w:lang w:val="nl-NL"/>
        </w:rPr>
        <w:t>Een huishoudhulp werkt vaak alleen bij de klant thuis. De klant vertrouwt zijn of haar woning toe aan de huishoudhulp en rekent erop dat de gemaakte afspraken worden nagekomen.</w:t>
      </w:r>
    </w:p>
    <w:p w14:paraId="746251DF" w14:textId="77777777" w:rsidR="00701753" w:rsidRPr="004400A5" w:rsidRDefault="00701753" w:rsidP="00701753">
      <w:pPr>
        <w:keepLines/>
        <w:spacing w:after="160"/>
        <w:rPr>
          <w:rFonts w:cs="Arial"/>
          <w:lang w:val="nl-NL"/>
        </w:rPr>
      </w:pPr>
      <w:r w:rsidRPr="004400A5">
        <w:rPr>
          <w:rFonts w:cs="Arial"/>
          <w:lang w:val="nl-NL"/>
        </w:rPr>
        <w:t>Betrouwbaarheid vormt daarom de basis van een goede samenwerking.</w:t>
      </w:r>
    </w:p>
    <w:p w14:paraId="7AEBD30A" w14:textId="77777777" w:rsidR="00701753" w:rsidRPr="00C76373" w:rsidRDefault="00701753" w:rsidP="00701753">
      <w:pPr>
        <w:keepLines/>
        <w:spacing w:after="160"/>
        <w:rPr>
          <w:rFonts w:cs="Arial"/>
          <w:b/>
          <w:color w:val="F39200"/>
          <w:sz w:val="26"/>
          <w:szCs w:val="26"/>
          <w:lang w:val="nl-NL"/>
        </w:rPr>
      </w:pPr>
      <w:r w:rsidRPr="00C76373">
        <w:rPr>
          <w:rFonts w:cs="Arial"/>
          <w:b/>
          <w:color w:val="F39200"/>
          <w:sz w:val="26"/>
          <w:szCs w:val="26"/>
          <w:lang w:val="nl-NL"/>
        </w:rPr>
        <w:t>Wat verwachten we?</w:t>
      </w:r>
    </w:p>
    <w:p w14:paraId="440C30BA" w14:textId="77777777" w:rsidR="00701753" w:rsidRPr="004400A5" w:rsidRDefault="00701753" w:rsidP="000A5128">
      <w:pPr>
        <w:keepLines/>
        <w:numPr>
          <w:ilvl w:val="0"/>
          <w:numId w:val="14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Afspraken en werkuren respecteren.</w:t>
      </w:r>
    </w:p>
    <w:p w14:paraId="22B6206C" w14:textId="77777777" w:rsidR="00701753" w:rsidRPr="004400A5" w:rsidRDefault="00701753" w:rsidP="000A5128">
      <w:pPr>
        <w:keepLines/>
        <w:numPr>
          <w:ilvl w:val="0"/>
          <w:numId w:val="14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Tijdig verwittigen bij afwezigheid of vertraging.</w:t>
      </w:r>
    </w:p>
    <w:p w14:paraId="40068256" w14:textId="77777777" w:rsidR="00701753" w:rsidRPr="004400A5" w:rsidRDefault="00701753" w:rsidP="000A5128">
      <w:pPr>
        <w:keepLines/>
        <w:numPr>
          <w:ilvl w:val="0"/>
          <w:numId w:val="14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Gemaakte afspraken en richtlijnen opvolgen.</w:t>
      </w:r>
    </w:p>
    <w:p w14:paraId="54C2F26F" w14:textId="77777777" w:rsidR="00701753" w:rsidRPr="004400A5" w:rsidRDefault="00701753" w:rsidP="000A5128">
      <w:pPr>
        <w:keepLines/>
        <w:numPr>
          <w:ilvl w:val="0"/>
          <w:numId w:val="14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Afspraken nakomen.</w:t>
      </w:r>
    </w:p>
    <w:p w14:paraId="55DB7A51" w14:textId="77777777" w:rsidR="00701753" w:rsidRPr="004400A5" w:rsidRDefault="00701753" w:rsidP="000A5128">
      <w:pPr>
        <w:keepLines/>
        <w:numPr>
          <w:ilvl w:val="0"/>
          <w:numId w:val="14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Regelmatig en zorgvuldig werk leveren.</w:t>
      </w:r>
    </w:p>
    <w:p w14:paraId="5FF06824" w14:textId="0BCBE492" w:rsidR="00701753" w:rsidRPr="000A5128" w:rsidRDefault="00C76373" w:rsidP="00C76373">
      <w:pPr>
        <w:pStyle w:val="Titre2"/>
        <w:spacing w:after="160"/>
        <w:ind w:firstLine="560"/>
        <w:rPr>
          <w:rFonts w:ascii="Arial" w:hAnsi="Arial" w:cs="Arial"/>
          <w:color w:val="087990"/>
          <w:sz w:val="24"/>
          <w:szCs w:val="24"/>
          <w:lang w:val="nl-NL"/>
        </w:rPr>
      </w:pPr>
      <w:r>
        <w:rPr>
          <w:rFonts w:ascii="Arial" w:hAnsi="Arial" w:cs="Arial"/>
          <w:color w:val="F39200"/>
          <w:lang w:val="nl-NL"/>
        </w:rPr>
        <w:t>2.</w:t>
      </w:r>
      <w:r w:rsidR="00701753" w:rsidRPr="00B35AE8">
        <w:rPr>
          <w:rFonts w:ascii="Arial" w:hAnsi="Arial" w:cs="Arial"/>
          <w:color w:val="F39200"/>
          <w:lang w:val="nl-NL"/>
        </w:rPr>
        <w:t xml:space="preserve"> Respect en discretie</w:t>
      </w:r>
    </w:p>
    <w:p w14:paraId="24D80A71" w14:textId="77777777" w:rsidR="00701753" w:rsidRPr="004400A5" w:rsidRDefault="00701753" w:rsidP="00701753">
      <w:pPr>
        <w:keepLines/>
        <w:spacing w:after="160"/>
        <w:rPr>
          <w:rFonts w:cs="Arial"/>
          <w:b/>
          <w:lang w:val="nl-NL"/>
        </w:rPr>
      </w:pPr>
      <w:r w:rsidRPr="004400A5">
        <w:rPr>
          <w:rFonts w:cs="Arial"/>
          <w:b/>
          <w:lang w:val="nl-NL"/>
        </w:rPr>
        <w:t>Waarom is deze competentie belangrijk?</w:t>
      </w:r>
    </w:p>
    <w:p w14:paraId="0F1550F8" w14:textId="77777777" w:rsidR="00701753" w:rsidRPr="004400A5" w:rsidRDefault="00701753" w:rsidP="00701753">
      <w:pPr>
        <w:keepLines/>
        <w:spacing w:after="160"/>
        <w:rPr>
          <w:rFonts w:cs="Arial"/>
          <w:lang w:val="nl-NL"/>
        </w:rPr>
      </w:pPr>
      <w:r w:rsidRPr="004400A5">
        <w:rPr>
          <w:rFonts w:cs="Arial"/>
          <w:lang w:val="nl-NL"/>
        </w:rPr>
        <w:t>Als huishoudhulp kom je letterlijk binnen in iemands thuis. Dat is een persoonlijke omgeving waarin je soms dingen ziet of hoort die privé zijn.</w:t>
      </w:r>
    </w:p>
    <w:p w14:paraId="3FCFEB3F" w14:textId="77777777" w:rsidR="00701753" w:rsidRPr="004400A5" w:rsidRDefault="00701753" w:rsidP="00701753">
      <w:pPr>
        <w:keepLines/>
        <w:spacing w:after="160"/>
        <w:rPr>
          <w:rFonts w:cs="Arial"/>
          <w:lang w:val="nl-NL"/>
        </w:rPr>
      </w:pPr>
      <w:r w:rsidRPr="004400A5">
        <w:rPr>
          <w:rFonts w:cs="Arial"/>
          <w:lang w:val="nl-NL"/>
        </w:rPr>
        <w:t>Respect en discretie zijn daarom onmisbaar.</w:t>
      </w:r>
    </w:p>
    <w:p w14:paraId="2680AFB9" w14:textId="77777777" w:rsidR="00F769D8" w:rsidRDefault="00F769D8" w:rsidP="00701753">
      <w:pPr>
        <w:spacing w:after="0" w:line="240" w:lineRule="auto"/>
        <w:rPr>
          <w:rFonts w:cs="Arial"/>
          <w:b/>
          <w:bCs/>
          <w:lang w:val="nl-NL"/>
        </w:rPr>
      </w:pPr>
    </w:p>
    <w:p w14:paraId="31E20BE6" w14:textId="77777777" w:rsidR="00701753" w:rsidRPr="003B2548" w:rsidRDefault="00701753" w:rsidP="00701753">
      <w:pPr>
        <w:keepLines/>
        <w:spacing w:after="160"/>
        <w:rPr>
          <w:rFonts w:cs="Arial"/>
          <w:b/>
          <w:color w:val="F39200"/>
          <w:sz w:val="26"/>
          <w:szCs w:val="26"/>
          <w:lang w:val="nl-NL"/>
        </w:rPr>
      </w:pPr>
      <w:r w:rsidRPr="003B2548">
        <w:rPr>
          <w:rFonts w:cs="Arial"/>
          <w:b/>
          <w:color w:val="F39200"/>
          <w:sz w:val="26"/>
          <w:szCs w:val="26"/>
          <w:lang w:val="nl-NL"/>
        </w:rPr>
        <w:t>Wat verwachten we?</w:t>
      </w:r>
    </w:p>
    <w:p w14:paraId="47EF392A" w14:textId="77777777" w:rsidR="00701753" w:rsidRPr="004400A5" w:rsidRDefault="00701753" w:rsidP="008A0033">
      <w:pPr>
        <w:keepLines/>
        <w:numPr>
          <w:ilvl w:val="0"/>
          <w:numId w:val="16"/>
        </w:numPr>
        <w:spacing w:after="60" w:line="264" w:lineRule="auto"/>
        <w:ind w:left="560" w:hanging="240"/>
        <w:rPr>
          <w:rFonts w:eastAsia="Times New Roman" w:cs="Arial"/>
          <w:lang w:val="nl-NL"/>
        </w:rPr>
      </w:pPr>
      <w:r w:rsidRPr="004400A5">
        <w:rPr>
          <w:rFonts w:cs="Arial"/>
          <w:lang w:val="nl-NL"/>
        </w:rPr>
        <w:t>De privacy van klanten respecteren.</w:t>
      </w:r>
    </w:p>
    <w:p w14:paraId="3F70EC74" w14:textId="77777777" w:rsidR="00701753" w:rsidRPr="004400A5" w:rsidRDefault="00701753" w:rsidP="008A0033">
      <w:pPr>
        <w:keepLines/>
        <w:numPr>
          <w:ilvl w:val="0"/>
          <w:numId w:val="16"/>
        </w:numPr>
        <w:spacing w:after="60" w:line="264" w:lineRule="auto"/>
        <w:ind w:left="560" w:hanging="240"/>
        <w:rPr>
          <w:rFonts w:eastAsia="Times New Roman" w:cs="Arial"/>
          <w:lang w:val="nl-NL"/>
        </w:rPr>
      </w:pPr>
      <w:r w:rsidRPr="004400A5">
        <w:rPr>
          <w:rFonts w:cs="Arial"/>
          <w:lang w:val="nl-NL"/>
        </w:rPr>
        <w:t>Discreet omgaan met alles wat je bij de klant ziet of hoort.</w:t>
      </w:r>
    </w:p>
    <w:p w14:paraId="6A2C0311" w14:textId="77777777" w:rsidR="00701753" w:rsidRPr="004400A5" w:rsidRDefault="00701753" w:rsidP="008A0033">
      <w:pPr>
        <w:keepLines/>
        <w:numPr>
          <w:ilvl w:val="0"/>
          <w:numId w:val="16"/>
        </w:numPr>
        <w:spacing w:after="60" w:line="264" w:lineRule="auto"/>
        <w:ind w:left="560" w:hanging="240"/>
        <w:rPr>
          <w:rFonts w:eastAsia="Times New Roman" w:cs="Arial"/>
          <w:lang w:val="nl-NL"/>
        </w:rPr>
      </w:pPr>
      <w:r w:rsidRPr="004400A5">
        <w:rPr>
          <w:rFonts w:cs="Arial"/>
          <w:lang w:val="nl-NL"/>
        </w:rPr>
        <w:t>Nooit persoonlijke informatie over klanten delen met anderen.</w:t>
      </w:r>
    </w:p>
    <w:p w14:paraId="357E96B7" w14:textId="77777777" w:rsidR="00701753" w:rsidRPr="004400A5" w:rsidRDefault="00701753" w:rsidP="008A0033">
      <w:pPr>
        <w:keepLines/>
        <w:numPr>
          <w:ilvl w:val="0"/>
          <w:numId w:val="16"/>
        </w:numPr>
        <w:spacing w:after="60" w:line="264" w:lineRule="auto"/>
        <w:ind w:left="560" w:hanging="240"/>
        <w:rPr>
          <w:rFonts w:eastAsia="Times New Roman" w:cs="Arial"/>
          <w:lang w:val="nl-NL"/>
        </w:rPr>
      </w:pPr>
      <w:r w:rsidRPr="004400A5">
        <w:rPr>
          <w:rFonts w:cs="Arial"/>
          <w:lang w:val="nl-NL"/>
        </w:rPr>
        <w:t>Respectvol omgaan met de woning, bezittingen en gewoontes van de klant.</w:t>
      </w:r>
    </w:p>
    <w:p w14:paraId="5468C7C4" w14:textId="77777777" w:rsidR="00701753" w:rsidRPr="004400A5" w:rsidRDefault="00701753" w:rsidP="008A0033">
      <w:pPr>
        <w:keepLines/>
        <w:numPr>
          <w:ilvl w:val="0"/>
          <w:numId w:val="16"/>
        </w:numPr>
        <w:spacing w:after="60" w:line="264" w:lineRule="auto"/>
        <w:ind w:left="560" w:hanging="240"/>
        <w:rPr>
          <w:rFonts w:eastAsia="Times New Roman" w:cs="Arial"/>
          <w:lang w:val="nl-NL"/>
        </w:rPr>
      </w:pPr>
      <w:r w:rsidRPr="004400A5">
        <w:rPr>
          <w:rFonts w:cs="Arial"/>
          <w:lang w:val="nl-NL"/>
        </w:rPr>
        <w:t>Een professionele houding bewaren, ook wanneer situaties onverwacht of moeilijk zijn.</w:t>
      </w:r>
    </w:p>
    <w:p w14:paraId="52C48983" w14:textId="23208BBB" w:rsidR="00701753" w:rsidRPr="008A0033" w:rsidRDefault="003B2548" w:rsidP="005F4941">
      <w:pPr>
        <w:pStyle w:val="Titre2"/>
        <w:spacing w:after="160"/>
        <w:ind w:firstLine="560"/>
        <w:rPr>
          <w:rFonts w:ascii="Arial" w:hAnsi="Arial" w:cs="Arial"/>
          <w:lang w:val="nl-NL"/>
        </w:rPr>
      </w:pPr>
      <w:r>
        <w:rPr>
          <w:rFonts w:ascii="Arial" w:hAnsi="Arial" w:cs="Arial"/>
          <w:color w:val="F39200"/>
          <w:lang w:val="nl-NL"/>
        </w:rPr>
        <w:t>3.</w:t>
      </w:r>
      <w:r w:rsidR="00701753" w:rsidRPr="00B35AE8">
        <w:rPr>
          <w:rFonts w:ascii="Arial" w:hAnsi="Arial" w:cs="Arial"/>
          <w:color w:val="F39200"/>
          <w:lang w:val="nl-NL"/>
        </w:rPr>
        <w:t>Motivatie en engagement</w:t>
      </w:r>
    </w:p>
    <w:p w14:paraId="58DC423A" w14:textId="77777777" w:rsidR="00701753" w:rsidRPr="004400A5" w:rsidRDefault="00701753" w:rsidP="00701753">
      <w:pPr>
        <w:keepLines/>
        <w:spacing w:after="160"/>
        <w:rPr>
          <w:rFonts w:cs="Arial"/>
          <w:b/>
          <w:lang w:val="nl-NL"/>
        </w:rPr>
      </w:pPr>
      <w:r w:rsidRPr="004400A5">
        <w:rPr>
          <w:rFonts w:cs="Arial"/>
          <w:b/>
          <w:lang w:val="nl-NL"/>
        </w:rPr>
        <w:t>Waarom is deze competentie belangrijk?</w:t>
      </w:r>
    </w:p>
    <w:p w14:paraId="14E58A88" w14:textId="77777777" w:rsidR="00701753" w:rsidRDefault="00701753" w:rsidP="00701753">
      <w:pPr>
        <w:keepLines/>
        <w:spacing w:after="160"/>
        <w:rPr>
          <w:rFonts w:cs="Arial"/>
          <w:lang w:val="nl-NL"/>
        </w:rPr>
      </w:pPr>
      <w:r w:rsidRPr="004400A5">
        <w:rPr>
          <w:rFonts w:cs="Arial"/>
          <w:lang w:val="nl-NL"/>
        </w:rPr>
        <w:t>De job vraagt inzet, energie, doorzettingsvermogen en betrokkenheid. Een gemotiveerde huishoudhulp wil haar werk goed doen en draagt mee zorg voor de tevredenheid van de klant.</w:t>
      </w:r>
    </w:p>
    <w:p w14:paraId="13AF9CC1" w14:textId="77777777" w:rsidR="005F4941" w:rsidRPr="004400A5" w:rsidRDefault="005F4941" w:rsidP="00701753">
      <w:pPr>
        <w:keepLines/>
        <w:spacing w:after="160"/>
        <w:rPr>
          <w:rFonts w:cs="Arial"/>
          <w:lang w:val="nl-NL"/>
        </w:rPr>
      </w:pPr>
    </w:p>
    <w:p w14:paraId="4500469E" w14:textId="77777777" w:rsidR="00701753" w:rsidRPr="005F4941" w:rsidRDefault="00701753" w:rsidP="00701753">
      <w:pPr>
        <w:keepLines/>
        <w:spacing w:after="160"/>
        <w:rPr>
          <w:rFonts w:cs="Arial"/>
          <w:b/>
          <w:color w:val="F39200"/>
          <w:sz w:val="26"/>
          <w:szCs w:val="26"/>
          <w:lang w:val="nl-NL"/>
        </w:rPr>
      </w:pPr>
      <w:r w:rsidRPr="005F4941">
        <w:rPr>
          <w:rFonts w:cs="Arial"/>
          <w:b/>
          <w:color w:val="F39200"/>
          <w:sz w:val="26"/>
          <w:szCs w:val="26"/>
          <w:lang w:val="nl-NL"/>
        </w:rPr>
        <w:lastRenderedPageBreak/>
        <w:t>Wat verwachten we?</w:t>
      </w:r>
    </w:p>
    <w:p w14:paraId="36A1F29E" w14:textId="77777777" w:rsidR="00701753" w:rsidRPr="004400A5" w:rsidRDefault="00701753" w:rsidP="008A0033">
      <w:pPr>
        <w:keepLines/>
        <w:numPr>
          <w:ilvl w:val="0"/>
          <w:numId w:val="17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Het werk met zorg en verantwoordelijkheidszin uitvoeren.</w:t>
      </w:r>
    </w:p>
    <w:p w14:paraId="7DE55B5B" w14:textId="77777777" w:rsidR="00701753" w:rsidRPr="004400A5" w:rsidRDefault="00701753" w:rsidP="008A0033">
      <w:pPr>
        <w:keepLines/>
        <w:numPr>
          <w:ilvl w:val="0"/>
          <w:numId w:val="17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Interesse tonen in de eigen job.</w:t>
      </w:r>
    </w:p>
    <w:p w14:paraId="62EEA898" w14:textId="77777777" w:rsidR="00701753" w:rsidRPr="004400A5" w:rsidRDefault="00701753" w:rsidP="008A0033">
      <w:pPr>
        <w:keepLines/>
        <w:numPr>
          <w:ilvl w:val="0"/>
          <w:numId w:val="17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Openstaan voor opleidingen en nieuwe inzichten.</w:t>
      </w:r>
    </w:p>
    <w:p w14:paraId="78C6B6D7" w14:textId="77777777" w:rsidR="00701753" w:rsidRPr="004400A5" w:rsidRDefault="00701753" w:rsidP="008A0033">
      <w:pPr>
        <w:keepLines/>
        <w:numPr>
          <w:ilvl w:val="0"/>
          <w:numId w:val="17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Bereid zijn om de eigen werkwijze te verbeteren.</w:t>
      </w:r>
    </w:p>
    <w:p w14:paraId="7A615E52" w14:textId="77777777" w:rsidR="00701753" w:rsidRPr="004400A5" w:rsidRDefault="00701753" w:rsidP="008A0033">
      <w:pPr>
        <w:keepLines/>
        <w:numPr>
          <w:ilvl w:val="0"/>
          <w:numId w:val="17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Zich inzetten voor een goede dienstverlening.</w:t>
      </w:r>
    </w:p>
    <w:p w14:paraId="046C78B0" w14:textId="1CF3F408" w:rsidR="00701753" w:rsidRPr="004B422D" w:rsidRDefault="005F4941" w:rsidP="005F4941">
      <w:pPr>
        <w:pStyle w:val="Titre2"/>
        <w:spacing w:after="160"/>
        <w:ind w:firstLine="560"/>
        <w:rPr>
          <w:rFonts w:ascii="Arial" w:hAnsi="Arial" w:cs="Arial"/>
          <w:color w:val="087990"/>
          <w:sz w:val="24"/>
          <w:szCs w:val="24"/>
          <w:lang w:val="nl-NL"/>
        </w:rPr>
      </w:pPr>
      <w:r>
        <w:rPr>
          <w:rFonts w:ascii="Arial" w:hAnsi="Arial" w:cs="Arial"/>
          <w:color w:val="F39200"/>
          <w:lang w:val="nl-NL"/>
        </w:rPr>
        <w:t>4.</w:t>
      </w:r>
      <w:r w:rsidR="00701753" w:rsidRPr="00B35AE8">
        <w:rPr>
          <w:rFonts w:ascii="Arial" w:hAnsi="Arial" w:cs="Arial"/>
          <w:color w:val="F39200"/>
          <w:lang w:val="nl-NL"/>
        </w:rPr>
        <w:t xml:space="preserve"> Communicatie</w:t>
      </w:r>
    </w:p>
    <w:p w14:paraId="505EA605" w14:textId="77777777" w:rsidR="00701753" w:rsidRPr="004400A5" w:rsidRDefault="00701753" w:rsidP="00701753">
      <w:pPr>
        <w:keepLines/>
        <w:spacing w:after="160"/>
        <w:rPr>
          <w:rFonts w:cs="Arial"/>
          <w:b/>
          <w:lang w:val="nl-NL"/>
        </w:rPr>
      </w:pPr>
      <w:r w:rsidRPr="004400A5">
        <w:rPr>
          <w:rFonts w:cs="Arial"/>
          <w:b/>
          <w:lang w:val="nl-NL"/>
        </w:rPr>
        <w:t>Waarom is deze competentie belangrijk?</w:t>
      </w:r>
    </w:p>
    <w:p w14:paraId="5A13DC7D" w14:textId="77777777" w:rsidR="00701753" w:rsidRPr="004400A5" w:rsidRDefault="00701753" w:rsidP="00701753">
      <w:pPr>
        <w:keepLines/>
        <w:spacing w:after="160"/>
        <w:rPr>
          <w:rFonts w:cs="Arial"/>
          <w:lang w:val="nl-NL"/>
        </w:rPr>
      </w:pPr>
      <w:r w:rsidRPr="004400A5">
        <w:rPr>
          <w:rFonts w:cs="Arial"/>
          <w:lang w:val="nl-NL"/>
        </w:rPr>
        <w:t>Een goede communicatie voorkomt misverstanden en helpt om duidelijk af te stemmen met de klant en de organisatie.</w:t>
      </w:r>
    </w:p>
    <w:p w14:paraId="46FE9CF9" w14:textId="77777777" w:rsidR="00701753" w:rsidRPr="004400A5" w:rsidRDefault="00701753" w:rsidP="00701753">
      <w:pPr>
        <w:keepLines/>
        <w:spacing w:after="160"/>
        <w:rPr>
          <w:rFonts w:cs="Arial"/>
          <w:lang w:val="nl-NL"/>
        </w:rPr>
      </w:pPr>
      <w:r w:rsidRPr="004400A5">
        <w:rPr>
          <w:rFonts w:cs="Arial"/>
          <w:lang w:val="nl-NL"/>
        </w:rPr>
        <w:t>Omdat een huishoudhulp vaak zelfstandig werkt, is het belangrijk dat ze haar vragen, noden of moeilijkheden tijdig durft te bespreken.</w:t>
      </w:r>
    </w:p>
    <w:p w14:paraId="30D8D613" w14:textId="77777777" w:rsidR="00701753" w:rsidRPr="00727DBD" w:rsidRDefault="00701753" w:rsidP="00701753">
      <w:pPr>
        <w:keepLines/>
        <w:spacing w:after="160"/>
        <w:rPr>
          <w:rFonts w:cs="Arial"/>
          <w:b/>
          <w:color w:val="F39200"/>
          <w:sz w:val="26"/>
          <w:szCs w:val="26"/>
          <w:lang w:val="nl-NL"/>
        </w:rPr>
      </w:pPr>
      <w:r w:rsidRPr="00727DBD">
        <w:rPr>
          <w:rFonts w:cs="Arial"/>
          <w:b/>
          <w:color w:val="F39200"/>
          <w:sz w:val="26"/>
          <w:szCs w:val="26"/>
          <w:lang w:val="nl-NL"/>
        </w:rPr>
        <w:t>Wat verwachten we?</w:t>
      </w:r>
    </w:p>
    <w:p w14:paraId="099953AC" w14:textId="77777777" w:rsidR="00701753" w:rsidRPr="004400A5" w:rsidRDefault="00701753" w:rsidP="004B422D">
      <w:pPr>
        <w:keepLines/>
        <w:numPr>
          <w:ilvl w:val="0"/>
          <w:numId w:val="18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Goed luisteren naar wat de klant vraagt.</w:t>
      </w:r>
    </w:p>
    <w:p w14:paraId="5A2BACDF" w14:textId="77777777" w:rsidR="00701753" w:rsidRPr="004400A5" w:rsidRDefault="00701753" w:rsidP="004B422D">
      <w:pPr>
        <w:keepLines/>
        <w:numPr>
          <w:ilvl w:val="0"/>
          <w:numId w:val="18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Vragen stellen wanneer iets niet duidelijk is.</w:t>
      </w:r>
    </w:p>
    <w:p w14:paraId="5893DA7A" w14:textId="77777777" w:rsidR="00701753" w:rsidRPr="004400A5" w:rsidRDefault="00701753" w:rsidP="004B422D">
      <w:pPr>
        <w:keepLines/>
        <w:numPr>
          <w:ilvl w:val="0"/>
          <w:numId w:val="18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Duidelijk aangeven wanneer iets moeilijk is of niet lukt.</w:t>
      </w:r>
    </w:p>
    <w:p w14:paraId="3B3150A3" w14:textId="77777777" w:rsidR="00701753" w:rsidRPr="004400A5" w:rsidRDefault="00701753" w:rsidP="004B422D">
      <w:pPr>
        <w:keepLines/>
        <w:numPr>
          <w:ilvl w:val="0"/>
          <w:numId w:val="18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Belangrijke situaties tijdig melden aan de verantwoordelijke.</w:t>
      </w:r>
    </w:p>
    <w:p w14:paraId="6DEF60A4" w14:textId="77777777" w:rsidR="00701753" w:rsidRPr="004400A5" w:rsidRDefault="00701753" w:rsidP="004B422D">
      <w:pPr>
        <w:keepLines/>
        <w:numPr>
          <w:ilvl w:val="0"/>
          <w:numId w:val="18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Op een vriendelijke, respectvolle en professionele manier communiceren.</w:t>
      </w:r>
    </w:p>
    <w:p w14:paraId="135B7535" w14:textId="77777777" w:rsidR="00701753" w:rsidRPr="004400A5" w:rsidRDefault="00701753" w:rsidP="004B422D">
      <w:pPr>
        <w:keepLines/>
        <w:numPr>
          <w:ilvl w:val="0"/>
          <w:numId w:val="18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Openstaan voor feedback.</w:t>
      </w:r>
    </w:p>
    <w:p w14:paraId="36AC2F06" w14:textId="111ECAAD" w:rsidR="00701753" w:rsidRPr="004B422D" w:rsidRDefault="00727DBD" w:rsidP="00727DBD">
      <w:pPr>
        <w:pStyle w:val="Titre2"/>
        <w:spacing w:after="160"/>
        <w:ind w:firstLine="560"/>
        <w:rPr>
          <w:rFonts w:ascii="Arial" w:hAnsi="Arial" w:cs="Arial"/>
          <w:color w:val="087990"/>
          <w:sz w:val="24"/>
          <w:szCs w:val="24"/>
          <w:lang w:val="nl-NL"/>
        </w:rPr>
      </w:pPr>
      <w:r>
        <w:rPr>
          <w:rFonts w:ascii="Arial" w:hAnsi="Arial" w:cs="Arial"/>
          <w:color w:val="F39200"/>
        </w:rPr>
        <w:t>5.</w:t>
      </w:r>
      <w:r w:rsidR="00701753">
        <w:rPr>
          <w:rFonts w:ascii="Arial" w:hAnsi="Arial" w:cs="Arial"/>
          <w:color w:val="F39200"/>
        </w:rPr>
        <w:t xml:space="preserve"> Werkorganisatie </w:t>
      </w:r>
    </w:p>
    <w:p w14:paraId="0694B893" w14:textId="77777777" w:rsidR="00701753" w:rsidRPr="004400A5" w:rsidRDefault="00701753" w:rsidP="00701753">
      <w:pPr>
        <w:keepLines/>
        <w:spacing w:after="160"/>
        <w:rPr>
          <w:rFonts w:cs="Arial"/>
          <w:b/>
          <w:lang w:val="nl-NL"/>
        </w:rPr>
      </w:pPr>
      <w:r w:rsidRPr="004400A5">
        <w:rPr>
          <w:rFonts w:cs="Arial"/>
          <w:b/>
          <w:lang w:val="nl-NL"/>
        </w:rPr>
        <w:t>Waarom is deze competentie belangrijk?</w:t>
      </w:r>
    </w:p>
    <w:p w14:paraId="12798625" w14:textId="77777777" w:rsidR="00701753" w:rsidRPr="004400A5" w:rsidRDefault="00701753" w:rsidP="00701753">
      <w:pPr>
        <w:keepLines/>
        <w:spacing w:after="160"/>
        <w:rPr>
          <w:rFonts w:cs="Arial"/>
          <w:lang w:val="nl-NL"/>
        </w:rPr>
      </w:pPr>
      <w:r w:rsidRPr="004400A5">
        <w:rPr>
          <w:rFonts w:cs="Arial"/>
          <w:lang w:val="nl-NL"/>
        </w:rPr>
        <w:t>Een huishoudhulp krijgt vaak een beperkt aantal uren om verschillende taken uit te voeren. Een goede organisatie helpt om de beschikbare tijd zo goed mogelijk te benutten.</w:t>
      </w:r>
    </w:p>
    <w:p w14:paraId="5B1BE965" w14:textId="77777777" w:rsidR="00701753" w:rsidRPr="00727DBD" w:rsidRDefault="00701753" w:rsidP="00701753">
      <w:pPr>
        <w:keepLines/>
        <w:spacing w:after="160"/>
        <w:rPr>
          <w:rFonts w:cs="Arial"/>
          <w:b/>
          <w:color w:val="F39200"/>
          <w:sz w:val="26"/>
          <w:szCs w:val="26"/>
          <w:lang w:val="nl-NL"/>
        </w:rPr>
      </w:pPr>
      <w:r w:rsidRPr="00727DBD">
        <w:rPr>
          <w:rFonts w:cs="Arial"/>
          <w:b/>
          <w:color w:val="F39200"/>
          <w:sz w:val="26"/>
          <w:szCs w:val="26"/>
          <w:lang w:val="nl-NL"/>
        </w:rPr>
        <w:t>Wat verwachten we?</w:t>
      </w:r>
    </w:p>
    <w:p w14:paraId="58D5AB1F" w14:textId="77777777" w:rsidR="00701753" w:rsidRPr="004400A5" w:rsidRDefault="00701753" w:rsidP="004B422D">
      <w:pPr>
        <w:keepLines/>
        <w:numPr>
          <w:ilvl w:val="0"/>
          <w:numId w:val="19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Het werk vooraf kunnen inschatten en plannen.</w:t>
      </w:r>
    </w:p>
    <w:p w14:paraId="18129F87" w14:textId="77777777" w:rsidR="00701753" w:rsidRPr="004400A5" w:rsidRDefault="00701753" w:rsidP="004B422D">
      <w:pPr>
        <w:keepLines/>
        <w:numPr>
          <w:ilvl w:val="0"/>
          <w:numId w:val="19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Weten welke taken prioritair zijn.</w:t>
      </w:r>
    </w:p>
    <w:p w14:paraId="1D7EBAAA" w14:textId="77777777" w:rsidR="00701753" w:rsidRPr="004400A5" w:rsidRDefault="00701753" w:rsidP="004B422D">
      <w:pPr>
        <w:keepLines/>
        <w:numPr>
          <w:ilvl w:val="0"/>
          <w:numId w:val="19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De tijd efficiënt gebruiken.</w:t>
      </w:r>
    </w:p>
    <w:p w14:paraId="21CBBD36" w14:textId="77777777" w:rsidR="00701753" w:rsidRPr="004400A5" w:rsidRDefault="00701753" w:rsidP="004B422D">
      <w:pPr>
        <w:keepLines/>
        <w:numPr>
          <w:ilvl w:val="0"/>
          <w:numId w:val="19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Het nodige materiaal voorbereiden.</w:t>
      </w:r>
    </w:p>
    <w:p w14:paraId="202695F6" w14:textId="77777777" w:rsidR="00701753" w:rsidRPr="004400A5" w:rsidRDefault="00701753" w:rsidP="004B422D">
      <w:pPr>
        <w:keepLines/>
        <w:numPr>
          <w:ilvl w:val="0"/>
          <w:numId w:val="19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Geordend en gestructureerd werken.</w:t>
      </w:r>
    </w:p>
    <w:p w14:paraId="0353D3F0" w14:textId="4BC38B1B" w:rsidR="00701753" w:rsidRPr="004B422D" w:rsidRDefault="00727DBD" w:rsidP="00727DBD">
      <w:pPr>
        <w:pStyle w:val="Titre2"/>
        <w:spacing w:after="160"/>
        <w:ind w:firstLine="560"/>
        <w:rPr>
          <w:rFonts w:ascii="Arial" w:hAnsi="Arial" w:cs="Arial"/>
          <w:color w:val="087990"/>
          <w:sz w:val="24"/>
          <w:szCs w:val="24"/>
          <w:lang w:val="nl-NL"/>
        </w:rPr>
      </w:pPr>
      <w:r>
        <w:rPr>
          <w:rFonts w:ascii="Arial" w:hAnsi="Arial" w:cs="Arial"/>
          <w:color w:val="F39200"/>
        </w:rPr>
        <w:t>6.</w:t>
      </w:r>
      <w:r w:rsidR="00701753">
        <w:rPr>
          <w:rFonts w:ascii="Arial" w:hAnsi="Arial" w:cs="Arial"/>
          <w:color w:val="F39200"/>
        </w:rPr>
        <w:t xml:space="preserve"> Zelfstandigheid</w:t>
      </w:r>
    </w:p>
    <w:p w14:paraId="41F6624C" w14:textId="77777777" w:rsidR="00701753" w:rsidRPr="004400A5" w:rsidRDefault="00701753" w:rsidP="00701753">
      <w:pPr>
        <w:keepLines/>
        <w:spacing w:after="160"/>
        <w:rPr>
          <w:rFonts w:cs="Arial"/>
          <w:b/>
          <w:lang w:val="nl-NL"/>
        </w:rPr>
      </w:pPr>
      <w:r w:rsidRPr="004400A5">
        <w:rPr>
          <w:rFonts w:cs="Arial"/>
          <w:b/>
          <w:lang w:val="nl-NL"/>
        </w:rPr>
        <w:t>Waarom is deze competentie belangrijk?</w:t>
      </w:r>
    </w:p>
    <w:p w14:paraId="2425DBB9" w14:textId="77777777" w:rsidR="00701753" w:rsidRDefault="00701753" w:rsidP="00701753">
      <w:pPr>
        <w:keepLines/>
        <w:spacing w:after="160"/>
        <w:rPr>
          <w:rFonts w:cs="Arial"/>
          <w:lang w:val="nl-NL"/>
        </w:rPr>
      </w:pPr>
      <w:r w:rsidRPr="004400A5">
        <w:rPr>
          <w:rFonts w:cs="Arial"/>
          <w:lang w:val="nl-NL"/>
        </w:rPr>
        <w:t>Een huishoudhulp werkt meestal alleen bij de klant thuis. Hij/zij moet daarom zelfstandig haar/ zijn werk kunnen organiseren.</w:t>
      </w:r>
    </w:p>
    <w:p w14:paraId="0C667E3B" w14:textId="77777777" w:rsidR="004A128F" w:rsidRDefault="004A128F" w:rsidP="00701753">
      <w:pPr>
        <w:keepLines/>
        <w:spacing w:after="160"/>
        <w:rPr>
          <w:rFonts w:cs="Arial"/>
          <w:lang w:val="nl-NL"/>
        </w:rPr>
      </w:pPr>
    </w:p>
    <w:p w14:paraId="0D8511C0" w14:textId="77777777" w:rsidR="004A128F" w:rsidRPr="004400A5" w:rsidRDefault="004A128F" w:rsidP="00701753">
      <w:pPr>
        <w:keepLines/>
        <w:spacing w:after="160"/>
        <w:rPr>
          <w:rFonts w:cs="Arial"/>
          <w:lang w:val="nl-NL"/>
        </w:rPr>
      </w:pPr>
    </w:p>
    <w:p w14:paraId="5B6B1814" w14:textId="77777777" w:rsidR="00701753" w:rsidRPr="004A128F" w:rsidRDefault="00701753" w:rsidP="00701753">
      <w:pPr>
        <w:keepLines/>
        <w:spacing w:after="160"/>
        <w:rPr>
          <w:rFonts w:cs="Arial"/>
          <w:b/>
          <w:color w:val="F39200"/>
          <w:sz w:val="26"/>
          <w:szCs w:val="26"/>
          <w:lang w:val="nl-NL"/>
        </w:rPr>
      </w:pPr>
      <w:r w:rsidRPr="004A128F">
        <w:rPr>
          <w:rFonts w:cs="Arial"/>
          <w:b/>
          <w:color w:val="F39200"/>
          <w:sz w:val="26"/>
          <w:szCs w:val="26"/>
          <w:lang w:val="nl-NL"/>
        </w:rPr>
        <w:lastRenderedPageBreak/>
        <w:t>Wat verwachten we?</w:t>
      </w:r>
    </w:p>
    <w:p w14:paraId="3687A93C" w14:textId="77777777" w:rsidR="00701753" w:rsidRPr="004400A5" w:rsidRDefault="00701753" w:rsidP="004B422D">
      <w:pPr>
        <w:keepLines/>
        <w:numPr>
          <w:ilvl w:val="0"/>
          <w:numId w:val="20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Zelfstandig kunnen werken zonder voortdurende opvolging.</w:t>
      </w:r>
    </w:p>
    <w:p w14:paraId="0D7420D7" w14:textId="77777777" w:rsidR="00701753" w:rsidRPr="004400A5" w:rsidRDefault="00701753" w:rsidP="004B422D">
      <w:pPr>
        <w:keepLines/>
        <w:numPr>
          <w:ilvl w:val="0"/>
          <w:numId w:val="20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Kunnen inschatten welke taken moeten gebeuren.</w:t>
      </w:r>
    </w:p>
    <w:p w14:paraId="3B1C9ADE" w14:textId="77777777" w:rsidR="00701753" w:rsidRPr="004400A5" w:rsidRDefault="00701753" w:rsidP="004B422D">
      <w:pPr>
        <w:keepLines/>
        <w:numPr>
          <w:ilvl w:val="0"/>
          <w:numId w:val="20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Zelf oplossingen zoeken voor eenvoudige situaties.</w:t>
      </w:r>
    </w:p>
    <w:p w14:paraId="536E0A6B" w14:textId="77777777" w:rsidR="00701753" w:rsidRPr="004400A5" w:rsidRDefault="00701753" w:rsidP="004B422D">
      <w:pPr>
        <w:keepLines/>
        <w:numPr>
          <w:ilvl w:val="0"/>
          <w:numId w:val="20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De gemaakte afspraken en procedures volgen.</w:t>
      </w:r>
    </w:p>
    <w:p w14:paraId="3F92878F" w14:textId="77777777" w:rsidR="00701753" w:rsidRPr="004400A5" w:rsidRDefault="00701753" w:rsidP="004B422D">
      <w:pPr>
        <w:keepLines/>
        <w:numPr>
          <w:ilvl w:val="0"/>
          <w:numId w:val="20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Weten wanneer iets binnen de eigen verantwoordelijkheid valt.</w:t>
      </w:r>
    </w:p>
    <w:p w14:paraId="736746DF" w14:textId="77777777" w:rsidR="00701753" w:rsidRPr="004400A5" w:rsidRDefault="00701753" w:rsidP="004B422D">
      <w:pPr>
        <w:keepLines/>
        <w:numPr>
          <w:ilvl w:val="0"/>
          <w:numId w:val="20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Hulp durven vragen wanneer dat nodig is.</w:t>
      </w:r>
    </w:p>
    <w:p w14:paraId="5C16D59E" w14:textId="5E75C66C" w:rsidR="00701753" w:rsidRPr="004B422D" w:rsidRDefault="004A128F" w:rsidP="004A128F">
      <w:pPr>
        <w:pStyle w:val="Titre2"/>
        <w:spacing w:after="160"/>
        <w:ind w:firstLine="560"/>
        <w:rPr>
          <w:rFonts w:ascii="Arial" w:hAnsi="Arial" w:cs="Arial"/>
          <w:color w:val="087990"/>
          <w:sz w:val="24"/>
          <w:szCs w:val="24"/>
          <w:lang w:val="nl-NL"/>
        </w:rPr>
      </w:pPr>
      <w:r>
        <w:rPr>
          <w:rFonts w:ascii="Arial" w:hAnsi="Arial" w:cs="Arial"/>
          <w:color w:val="F39200"/>
          <w:lang w:val="nl-NL"/>
        </w:rPr>
        <w:t>7.</w:t>
      </w:r>
      <w:r w:rsidR="00701753" w:rsidRPr="00B35AE8">
        <w:rPr>
          <w:rFonts w:ascii="Arial" w:hAnsi="Arial" w:cs="Arial"/>
          <w:color w:val="F39200"/>
          <w:lang w:val="nl-NL"/>
        </w:rPr>
        <w:t xml:space="preserve"> Leergierigheid</w:t>
      </w:r>
    </w:p>
    <w:p w14:paraId="730DEAEF" w14:textId="77777777" w:rsidR="00701753" w:rsidRPr="004400A5" w:rsidRDefault="00701753" w:rsidP="00701753">
      <w:pPr>
        <w:keepLines/>
        <w:spacing w:after="160"/>
        <w:rPr>
          <w:rFonts w:cs="Arial"/>
          <w:b/>
          <w:lang w:val="nl-NL"/>
        </w:rPr>
      </w:pPr>
      <w:r w:rsidRPr="004400A5">
        <w:rPr>
          <w:rFonts w:cs="Arial"/>
          <w:b/>
          <w:lang w:val="nl-NL"/>
        </w:rPr>
        <w:t>Waarom is deze competentie belangrijk?</w:t>
      </w:r>
    </w:p>
    <w:p w14:paraId="77FAB92C" w14:textId="77777777" w:rsidR="00701753" w:rsidRPr="004400A5" w:rsidRDefault="00701753" w:rsidP="00701753">
      <w:pPr>
        <w:keepLines/>
        <w:spacing w:after="160"/>
        <w:rPr>
          <w:rFonts w:cs="Arial"/>
          <w:lang w:val="nl-NL"/>
        </w:rPr>
      </w:pPr>
      <w:r w:rsidRPr="004400A5">
        <w:rPr>
          <w:rFonts w:cs="Arial"/>
          <w:lang w:val="nl-NL"/>
        </w:rPr>
        <w:t>Nieuwe producten, materialen, technieken en verwachtingen van klanten vragen soms om nieuwe kennis en vaardigheden.</w:t>
      </w:r>
    </w:p>
    <w:p w14:paraId="689ED1FB" w14:textId="77777777" w:rsidR="00701753" w:rsidRPr="004400A5" w:rsidRDefault="00701753" w:rsidP="00701753">
      <w:pPr>
        <w:keepLines/>
        <w:spacing w:after="160"/>
        <w:rPr>
          <w:rFonts w:cs="Arial"/>
          <w:lang w:val="nl-NL"/>
        </w:rPr>
      </w:pPr>
      <w:r w:rsidRPr="004400A5">
        <w:rPr>
          <w:rFonts w:cs="Arial"/>
          <w:lang w:val="nl-NL"/>
        </w:rPr>
        <w:t>Opleidingen en ervaringen op de werkvloer bieden kansen om bij te leren en jezelf verder te ontwikkelen.</w:t>
      </w:r>
    </w:p>
    <w:p w14:paraId="2FEA73E9" w14:textId="77777777" w:rsidR="00701753" w:rsidRPr="004A128F" w:rsidRDefault="00701753" w:rsidP="00701753">
      <w:pPr>
        <w:keepLines/>
        <w:spacing w:after="160"/>
        <w:rPr>
          <w:rFonts w:cs="Arial"/>
          <w:b/>
          <w:color w:val="F39200"/>
          <w:sz w:val="26"/>
          <w:szCs w:val="26"/>
          <w:lang w:val="nl-NL"/>
        </w:rPr>
      </w:pPr>
      <w:r w:rsidRPr="004A128F">
        <w:rPr>
          <w:rFonts w:cs="Arial"/>
          <w:b/>
          <w:color w:val="F39200"/>
          <w:sz w:val="26"/>
          <w:szCs w:val="26"/>
          <w:lang w:val="nl-NL"/>
        </w:rPr>
        <w:t>Wat verwachten we?</w:t>
      </w:r>
    </w:p>
    <w:p w14:paraId="506D706F" w14:textId="77777777" w:rsidR="00701753" w:rsidRPr="004400A5" w:rsidRDefault="00701753" w:rsidP="004B422D">
      <w:pPr>
        <w:keepLines/>
        <w:numPr>
          <w:ilvl w:val="0"/>
          <w:numId w:val="21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Openstaan voor feedback.</w:t>
      </w:r>
    </w:p>
    <w:p w14:paraId="117F3469" w14:textId="77777777" w:rsidR="00701753" w:rsidRPr="004400A5" w:rsidRDefault="00701753" w:rsidP="004B422D">
      <w:pPr>
        <w:keepLines/>
        <w:numPr>
          <w:ilvl w:val="0"/>
          <w:numId w:val="21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Tips en adviezen proberen toe te passen.</w:t>
      </w:r>
    </w:p>
    <w:p w14:paraId="580A4AB4" w14:textId="77777777" w:rsidR="00701753" w:rsidRPr="004400A5" w:rsidRDefault="00701753" w:rsidP="004B422D">
      <w:pPr>
        <w:keepLines/>
        <w:numPr>
          <w:ilvl w:val="0"/>
          <w:numId w:val="21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Deelnemen aan opleidingen.</w:t>
      </w:r>
    </w:p>
    <w:p w14:paraId="1DE0BBD3" w14:textId="77777777" w:rsidR="00701753" w:rsidRPr="004400A5" w:rsidRDefault="00701753" w:rsidP="004B422D">
      <w:pPr>
        <w:keepLines/>
        <w:numPr>
          <w:ilvl w:val="0"/>
          <w:numId w:val="21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Nieuwe technieken en vaardigheden willen ontdekken.</w:t>
      </w:r>
    </w:p>
    <w:p w14:paraId="51925EB9" w14:textId="77777777" w:rsidR="00701753" w:rsidRPr="004400A5" w:rsidRDefault="00701753" w:rsidP="004B422D">
      <w:pPr>
        <w:keepLines/>
        <w:numPr>
          <w:ilvl w:val="0"/>
          <w:numId w:val="21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Bereid zijn om de eigen werkwijze bij te sturen.</w:t>
      </w:r>
    </w:p>
    <w:p w14:paraId="7748CD93" w14:textId="424558C0" w:rsidR="00701753" w:rsidRPr="009E01EA" w:rsidRDefault="004A128F" w:rsidP="00971DCC">
      <w:pPr>
        <w:pStyle w:val="Titre2"/>
        <w:spacing w:after="160"/>
        <w:ind w:firstLine="560"/>
        <w:rPr>
          <w:rFonts w:ascii="Arial" w:hAnsi="Arial" w:cs="Arial"/>
          <w:color w:val="087990"/>
          <w:sz w:val="24"/>
          <w:szCs w:val="24"/>
          <w:lang w:val="nl-NL"/>
        </w:rPr>
      </w:pPr>
      <w:r>
        <w:rPr>
          <w:rFonts w:ascii="Arial" w:hAnsi="Arial" w:cs="Arial"/>
          <w:color w:val="F39200"/>
          <w:lang w:val="nl-NL"/>
        </w:rPr>
        <w:t>8.</w:t>
      </w:r>
      <w:r w:rsidR="00701753" w:rsidRPr="00B35AE8">
        <w:rPr>
          <w:rFonts w:ascii="Arial" w:hAnsi="Arial" w:cs="Arial"/>
          <w:color w:val="F39200"/>
          <w:lang w:val="nl-NL"/>
        </w:rPr>
        <w:t xml:space="preserve"> Klantgerichtheid en dienstverlening</w:t>
      </w:r>
    </w:p>
    <w:p w14:paraId="3F036F99" w14:textId="77777777" w:rsidR="00701753" w:rsidRPr="004400A5" w:rsidRDefault="00701753" w:rsidP="00701753">
      <w:pPr>
        <w:keepLines/>
        <w:spacing w:after="160"/>
        <w:rPr>
          <w:rFonts w:cs="Arial"/>
          <w:b/>
          <w:lang w:val="nl-NL"/>
        </w:rPr>
      </w:pPr>
      <w:r w:rsidRPr="004400A5">
        <w:rPr>
          <w:rFonts w:cs="Arial"/>
          <w:b/>
          <w:lang w:val="nl-NL"/>
        </w:rPr>
        <w:t>Waarom is deze competentie belangrijk?</w:t>
      </w:r>
    </w:p>
    <w:p w14:paraId="01DD0957" w14:textId="77777777" w:rsidR="00701753" w:rsidRPr="004400A5" w:rsidRDefault="00701753" w:rsidP="00701753">
      <w:pPr>
        <w:keepLines/>
        <w:spacing w:after="160"/>
        <w:rPr>
          <w:rFonts w:cs="Arial"/>
          <w:lang w:val="nl-NL"/>
        </w:rPr>
      </w:pPr>
      <w:r w:rsidRPr="004400A5">
        <w:rPr>
          <w:rFonts w:cs="Arial"/>
          <w:lang w:val="nl-NL"/>
        </w:rPr>
        <w:t>Een tevreden klant kijkt niet alleen naar een proper huis. Ook de manier waarop hij of zij wordt benaderd, speelt een belangrijke rol.</w:t>
      </w:r>
    </w:p>
    <w:p w14:paraId="17BC1065" w14:textId="77777777" w:rsidR="00701753" w:rsidRPr="004400A5" w:rsidRDefault="00701753" w:rsidP="00701753">
      <w:pPr>
        <w:keepLines/>
        <w:spacing w:after="160"/>
        <w:rPr>
          <w:rFonts w:cs="Arial"/>
          <w:lang w:val="nl-NL"/>
        </w:rPr>
      </w:pPr>
      <w:r w:rsidRPr="004400A5">
        <w:rPr>
          <w:rFonts w:cs="Arial"/>
          <w:lang w:val="nl-NL"/>
        </w:rPr>
        <w:t>Een vriendelijke houding, luisteren naar de verwachtingen en respectvol omgaan met de klant maken deel uit van goede dienstverlening.</w:t>
      </w:r>
    </w:p>
    <w:p w14:paraId="24CDB89B" w14:textId="77777777" w:rsidR="00701753" w:rsidRPr="00971DCC" w:rsidRDefault="00701753" w:rsidP="00701753">
      <w:pPr>
        <w:keepLines/>
        <w:spacing w:after="160"/>
        <w:rPr>
          <w:rFonts w:cs="Arial"/>
          <w:b/>
          <w:color w:val="F39200"/>
          <w:sz w:val="26"/>
          <w:szCs w:val="26"/>
          <w:lang w:val="nl-NL"/>
        </w:rPr>
      </w:pPr>
      <w:r w:rsidRPr="00971DCC">
        <w:rPr>
          <w:rFonts w:cs="Arial"/>
          <w:b/>
          <w:color w:val="F39200"/>
          <w:sz w:val="26"/>
          <w:szCs w:val="26"/>
          <w:lang w:val="nl-NL"/>
        </w:rPr>
        <w:t>Wat verwachten we?</w:t>
      </w:r>
    </w:p>
    <w:p w14:paraId="032FC87C" w14:textId="77777777" w:rsidR="00701753" w:rsidRPr="004400A5" w:rsidRDefault="00701753" w:rsidP="009E01EA">
      <w:pPr>
        <w:keepLines/>
        <w:numPr>
          <w:ilvl w:val="0"/>
          <w:numId w:val="22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Vriendelijk en beleefd zijn.</w:t>
      </w:r>
    </w:p>
    <w:p w14:paraId="5B2AFD09" w14:textId="77777777" w:rsidR="00701753" w:rsidRPr="004400A5" w:rsidRDefault="00701753" w:rsidP="009E01EA">
      <w:pPr>
        <w:keepLines/>
        <w:numPr>
          <w:ilvl w:val="0"/>
          <w:numId w:val="22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Luisteren naar de verwachtingen en noden van de klant.</w:t>
      </w:r>
    </w:p>
    <w:p w14:paraId="1B3A20C2" w14:textId="77777777" w:rsidR="00701753" w:rsidRPr="004400A5" w:rsidRDefault="00701753" w:rsidP="009E01EA">
      <w:pPr>
        <w:keepLines/>
        <w:numPr>
          <w:ilvl w:val="0"/>
          <w:numId w:val="22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Rekening houden met gemaakte afspraken.</w:t>
      </w:r>
    </w:p>
    <w:p w14:paraId="20077ED5" w14:textId="77777777" w:rsidR="00701753" w:rsidRPr="004400A5" w:rsidRDefault="00701753" w:rsidP="009E01EA">
      <w:pPr>
        <w:keepLines/>
        <w:numPr>
          <w:ilvl w:val="0"/>
          <w:numId w:val="22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Een positieve en professionele houding aannemen.</w:t>
      </w:r>
    </w:p>
    <w:p w14:paraId="5A996860" w14:textId="77777777" w:rsidR="00701753" w:rsidRPr="004400A5" w:rsidRDefault="00701753" w:rsidP="009E01EA">
      <w:pPr>
        <w:keepLines/>
        <w:numPr>
          <w:ilvl w:val="0"/>
          <w:numId w:val="22"/>
        </w:numPr>
        <w:spacing w:after="60" w:line="264" w:lineRule="auto"/>
        <w:ind w:left="560" w:hanging="240"/>
        <w:rPr>
          <w:rFonts w:cs="Arial"/>
          <w:lang w:val="nl-NL"/>
        </w:rPr>
      </w:pPr>
      <w:r w:rsidRPr="004400A5">
        <w:rPr>
          <w:rFonts w:cs="Arial"/>
          <w:lang w:val="nl-NL"/>
        </w:rPr>
        <w:t>Respectvol omgaan met vragen of opmerkingen.</w:t>
      </w:r>
    </w:p>
    <w:p w14:paraId="4A461127" w14:textId="77777777" w:rsidR="00701753" w:rsidRPr="008771C3" w:rsidRDefault="00701753" w:rsidP="00701753">
      <w:pPr>
        <w:pStyle w:val="Titre2"/>
        <w:spacing w:after="160"/>
        <w:rPr>
          <w:rFonts w:ascii="Arial" w:hAnsi="Arial" w:cs="Arial"/>
          <w:color w:val="087990"/>
          <w:sz w:val="28"/>
          <w:szCs w:val="28"/>
          <w:lang w:val="nl-NL"/>
        </w:rPr>
      </w:pPr>
      <w:r w:rsidRPr="008771C3">
        <w:rPr>
          <w:rFonts w:ascii="Arial" w:hAnsi="Arial" w:cs="Arial"/>
          <w:color w:val="F39200"/>
          <w:lang w:val="nl-NL"/>
        </w:rPr>
        <w:t>Conclusie</w:t>
      </w:r>
    </w:p>
    <w:p w14:paraId="7D0CDCAE" w14:textId="77777777" w:rsidR="00701753" w:rsidRPr="004400A5" w:rsidRDefault="00701753" w:rsidP="00701753">
      <w:pPr>
        <w:keepLines/>
        <w:spacing w:after="160"/>
        <w:rPr>
          <w:rFonts w:cs="Arial"/>
          <w:lang w:val="nl-NL"/>
        </w:rPr>
      </w:pPr>
      <w:r w:rsidRPr="004400A5">
        <w:rPr>
          <w:rFonts w:cs="Arial"/>
          <w:lang w:val="nl-NL"/>
        </w:rPr>
        <w:t>Een huishoudhulp brengt heel wat verschillende kwaliteiten samen. Het gaat uiteraard om technische vaardigheden, maar evengoed om sociale vaardigheden. Deze competenties vormen de basis voor een kwaliteitsvolle dienstverlening.</w:t>
      </w:r>
    </w:p>
    <w:p w14:paraId="717B0568" w14:textId="77777777" w:rsidR="00D669B8" w:rsidRPr="004400A5" w:rsidRDefault="00D669B8">
      <w:pPr>
        <w:spacing w:after="0" w:line="20" w:lineRule="exact"/>
        <w:rPr>
          <w:rFonts w:cs="Arial"/>
          <w:lang w:val="nl-NL"/>
        </w:rPr>
      </w:pPr>
    </w:p>
    <w:sectPr w:rsidR="00D669B8" w:rsidRPr="004400A5" w:rsidSect="00034616">
      <w:footerReference w:type="default" r:id="rId11"/>
      <w:pgSz w:w="11906" w:h="16838"/>
      <w:pgMar w:top="1418" w:right="1418" w:bottom="1418" w:left="1418" w:header="72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FF2DE" w14:textId="77777777" w:rsidR="00A81253" w:rsidRDefault="00A81253" w:rsidP="002615EE">
      <w:pPr>
        <w:spacing w:after="0" w:line="240" w:lineRule="auto"/>
      </w:pPr>
      <w:r>
        <w:separator/>
      </w:r>
    </w:p>
  </w:endnote>
  <w:endnote w:type="continuationSeparator" w:id="0">
    <w:p w14:paraId="15087E49" w14:textId="77777777" w:rsidR="00A81253" w:rsidRDefault="00A81253" w:rsidP="002615EE">
      <w:pPr>
        <w:spacing w:after="0" w:line="240" w:lineRule="auto"/>
      </w:pPr>
      <w:r>
        <w:continuationSeparator/>
      </w:r>
    </w:p>
  </w:endnote>
  <w:endnote w:type="continuationNotice" w:id="1">
    <w:p w14:paraId="3E75BB47" w14:textId="77777777" w:rsidR="00A81253" w:rsidRDefault="00A812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EC6AF" w14:textId="77777777" w:rsidR="007168ED" w:rsidRDefault="002E0C8B">
    <w:pPr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2504C" w14:textId="77777777" w:rsidR="00A81253" w:rsidRDefault="00A81253" w:rsidP="002615EE">
      <w:pPr>
        <w:spacing w:after="0" w:line="240" w:lineRule="auto"/>
      </w:pPr>
      <w:r>
        <w:separator/>
      </w:r>
    </w:p>
  </w:footnote>
  <w:footnote w:type="continuationSeparator" w:id="0">
    <w:p w14:paraId="589881D9" w14:textId="77777777" w:rsidR="00A81253" w:rsidRDefault="00A81253" w:rsidP="002615EE">
      <w:pPr>
        <w:spacing w:after="0" w:line="240" w:lineRule="auto"/>
      </w:pPr>
      <w:r>
        <w:continuationSeparator/>
      </w:r>
    </w:p>
  </w:footnote>
  <w:footnote w:type="continuationNotice" w:id="1">
    <w:p w14:paraId="1FF1403B" w14:textId="77777777" w:rsidR="00A81253" w:rsidRDefault="00A8125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Arial" w:hAnsi="Arial"/>
        <w:color w:val="1A9AA0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▪"/>
      <w:lvlJc w:val="left"/>
      <w:pPr>
        <w:tabs>
          <w:tab w:val="num" w:pos="1080"/>
        </w:tabs>
        <w:ind w:left="1080" w:hanging="360"/>
      </w:pPr>
      <w:rPr>
        <w:rFonts w:ascii="Arial" w:hAnsi="Arial"/>
        <w:color w:val="1A9AA0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▪"/>
      <w:lvlJc w:val="left"/>
      <w:pPr>
        <w:tabs>
          <w:tab w:val="num" w:pos="720"/>
        </w:tabs>
        <w:ind w:left="720" w:hanging="360"/>
      </w:pPr>
      <w:rPr>
        <w:rFonts w:ascii="Arial" w:hAnsi="Arial"/>
        <w:color w:val="1A9AA0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▪"/>
      <w:lvlJc w:val="left"/>
      <w:pPr>
        <w:tabs>
          <w:tab w:val="num" w:pos="360"/>
        </w:tabs>
        <w:ind w:left="360" w:hanging="360"/>
      </w:pPr>
      <w:rPr>
        <w:rFonts w:ascii="Arial" w:hAnsi="Arial"/>
        <w:color w:val="1A9AA0"/>
      </w:rPr>
    </w:lvl>
  </w:abstractNum>
  <w:abstractNum w:abstractNumId="9" w15:restartNumberingAfterBreak="0">
    <w:nsid w:val="041E2023"/>
    <w:multiLevelType w:val="hybridMultilevel"/>
    <w:tmpl w:val="3F7CEB22"/>
    <w:lvl w:ilvl="0" w:tplc="2000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0" w15:restartNumberingAfterBreak="0">
    <w:nsid w:val="0778249D"/>
    <w:multiLevelType w:val="hybridMultilevel"/>
    <w:tmpl w:val="B8E832AC"/>
    <w:lvl w:ilvl="0" w:tplc="2000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1" w15:restartNumberingAfterBreak="0">
    <w:nsid w:val="0BC65917"/>
    <w:multiLevelType w:val="hybridMultilevel"/>
    <w:tmpl w:val="432A2AF0"/>
    <w:lvl w:ilvl="0" w:tplc="2000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2" w15:restartNumberingAfterBreak="0">
    <w:nsid w:val="0C4D2954"/>
    <w:multiLevelType w:val="hybridMultilevel"/>
    <w:tmpl w:val="6D0CC9E6"/>
    <w:lvl w:ilvl="0" w:tplc="2000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3" w15:restartNumberingAfterBreak="0">
    <w:nsid w:val="152F6E71"/>
    <w:multiLevelType w:val="hybridMultilevel"/>
    <w:tmpl w:val="60B8F966"/>
    <w:lvl w:ilvl="0" w:tplc="2000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4" w15:restartNumberingAfterBreak="0">
    <w:nsid w:val="200D59CB"/>
    <w:multiLevelType w:val="hybridMultilevel"/>
    <w:tmpl w:val="1A128CFC"/>
    <w:lvl w:ilvl="0" w:tplc="2000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5" w15:restartNumberingAfterBreak="0">
    <w:nsid w:val="25D47AB6"/>
    <w:multiLevelType w:val="hybridMultilevel"/>
    <w:tmpl w:val="42A66338"/>
    <w:lvl w:ilvl="0" w:tplc="9EDCE928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6" w15:restartNumberingAfterBreak="0">
    <w:nsid w:val="28492F79"/>
    <w:multiLevelType w:val="hybridMultilevel"/>
    <w:tmpl w:val="DF08B1DE"/>
    <w:lvl w:ilvl="0" w:tplc="2000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7" w15:restartNumberingAfterBreak="0">
    <w:nsid w:val="45FC1454"/>
    <w:multiLevelType w:val="hybridMultilevel"/>
    <w:tmpl w:val="09DCC0B4"/>
    <w:lvl w:ilvl="0" w:tplc="2000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8" w15:restartNumberingAfterBreak="0">
    <w:nsid w:val="55A447A1"/>
    <w:multiLevelType w:val="hybridMultilevel"/>
    <w:tmpl w:val="6C161C96"/>
    <w:lvl w:ilvl="0" w:tplc="2000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9" w15:restartNumberingAfterBreak="0">
    <w:nsid w:val="5D27769A"/>
    <w:multiLevelType w:val="hybridMultilevel"/>
    <w:tmpl w:val="6FFEE26A"/>
    <w:lvl w:ilvl="0" w:tplc="7C7AF6C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color="C0504D" w:themeColor="accent2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752422"/>
    <w:multiLevelType w:val="hybridMultilevel"/>
    <w:tmpl w:val="E2EADE7C"/>
    <w:lvl w:ilvl="0" w:tplc="2000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21" w15:restartNumberingAfterBreak="0">
    <w:nsid w:val="64EC7D22"/>
    <w:multiLevelType w:val="hybridMultilevel"/>
    <w:tmpl w:val="AED0DFB4"/>
    <w:lvl w:ilvl="0" w:tplc="2000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22" w15:restartNumberingAfterBreak="0">
    <w:nsid w:val="659255F0"/>
    <w:multiLevelType w:val="hybridMultilevel"/>
    <w:tmpl w:val="D28267E4"/>
    <w:lvl w:ilvl="0" w:tplc="CA2698C8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23" w15:restartNumberingAfterBreak="0">
    <w:nsid w:val="699724E9"/>
    <w:multiLevelType w:val="hybridMultilevel"/>
    <w:tmpl w:val="4ED4B266"/>
    <w:lvl w:ilvl="0" w:tplc="2000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24" w15:restartNumberingAfterBreak="0">
    <w:nsid w:val="6A940D59"/>
    <w:multiLevelType w:val="hybridMultilevel"/>
    <w:tmpl w:val="F5B263DC"/>
    <w:lvl w:ilvl="0" w:tplc="3A4E0C8E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25" w15:restartNumberingAfterBreak="0">
    <w:nsid w:val="6C3D3B98"/>
    <w:multiLevelType w:val="hybridMultilevel"/>
    <w:tmpl w:val="C6A2D9E8"/>
    <w:lvl w:ilvl="0" w:tplc="2000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26" w15:restartNumberingAfterBreak="0">
    <w:nsid w:val="6EB8652F"/>
    <w:multiLevelType w:val="hybridMultilevel"/>
    <w:tmpl w:val="90EC2DEA"/>
    <w:lvl w:ilvl="0" w:tplc="07F0E3C4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27" w15:restartNumberingAfterBreak="0">
    <w:nsid w:val="719079FF"/>
    <w:multiLevelType w:val="hybridMultilevel"/>
    <w:tmpl w:val="1334F91C"/>
    <w:lvl w:ilvl="0" w:tplc="2000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28" w15:restartNumberingAfterBreak="0">
    <w:nsid w:val="7958019E"/>
    <w:multiLevelType w:val="hybridMultilevel"/>
    <w:tmpl w:val="7BC820D0"/>
    <w:lvl w:ilvl="0" w:tplc="2000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29" w15:restartNumberingAfterBreak="0">
    <w:nsid w:val="7D2D7305"/>
    <w:multiLevelType w:val="hybridMultilevel"/>
    <w:tmpl w:val="38544E5A"/>
    <w:lvl w:ilvl="0" w:tplc="5ED2F3D8"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30" w15:restartNumberingAfterBreak="0">
    <w:nsid w:val="7FF10BAB"/>
    <w:multiLevelType w:val="hybridMultilevel"/>
    <w:tmpl w:val="A77A9040"/>
    <w:lvl w:ilvl="0" w:tplc="2000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num w:numId="1" w16cid:durableId="519318650">
    <w:abstractNumId w:val="8"/>
  </w:num>
  <w:num w:numId="2" w16cid:durableId="844634565">
    <w:abstractNumId w:val="6"/>
  </w:num>
  <w:num w:numId="3" w16cid:durableId="980883981">
    <w:abstractNumId w:val="5"/>
  </w:num>
  <w:num w:numId="4" w16cid:durableId="1462727396">
    <w:abstractNumId w:val="4"/>
  </w:num>
  <w:num w:numId="5" w16cid:durableId="1972782157">
    <w:abstractNumId w:val="7"/>
  </w:num>
  <w:num w:numId="6" w16cid:durableId="1983536107">
    <w:abstractNumId w:val="3"/>
  </w:num>
  <w:num w:numId="7" w16cid:durableId="1296987823">
    <w:abstractNumId w:val="2"/>
  </w:num>
  <w:num w:numId="8" w16cid:durableId="1391611030">
    <w:abstractNumId w:val="1"/>
  </w:num>
  <w:num w:numId="9" w16cid:durableId="2107455557">
    <w:abstractNumId w:val="0"/>
  </w:num>
  <w:num w:numId="10" w16cid:durableId="1998148508">
    <w:abstractNumId w:val="17"/>
  </w:num>
  <w:num w:numId="11" w16cid:durableId="34818228">
    <w:abstractNumId w:val="27"/>
  </w:num>
  <w:num w:numId="12" w16cid:durableId="145443376">
    <w:abstractNumId w:val="19"/>
  </w:num>
  <w:num w:numId="13" w16cid:durableId="1093281786">
    <w:abstractNumId w:val="15"/>
  </w:num>
  <w:num w:numId="14" w16cid:durableId="1082289236">
    <w:abstractNumId w:val="16"/>
  </w:num>
  <w:num w:numId="15" w16cid:durableId="23486918">
    <w:abstractNumId w:val="29"/>
  </w:num>
  <w:num w:numId="16" w16cid:durableId="2007978779">
    <w:abstractNumId w:val="10"/>
  </w:num>
  <w:num w:numId="17" w16cid:durableId="1503156816">
    <w:abstractNumId w:val="9"/>
  </w:num>
  <w:num w:numId="18" w16cid:durableId="261962935">
    <w:abstractNumId w:val="23"/>
  </w:num>
  <w:num w:numId="19" w16cid:durableId="791023163">
    <w:abstractNumId w:val="13"/>
  </w:num>
  <w:num w:numId="20" w16cid:durableId="549342723">
    <w:abstractNumId w:val="30"/>
  </w:num>
  <w:num w:numId="21" w16cid:durableId="1117525812">
    <w:abstractNumId w:val="20"/>
  </w:num>
  <w:num w:numId="22" w16cid:durableId="105976064">
    <w:abstractNumId w:val="25"/>
  </w:num>
  <w:num w:numId="23" w16cid:durableId="804740742">
    <w:abstractNumId w:val="28"/>
  </w:num>
  <w:num w:numId="24" w16cid:durableId="913126842">
    <w:abstractNumId w:val="18"/>
  </w:num>
  <w:num w:numId="25" w16cid:durableId="1197818090">
    <w:abstractNumId w:val="11"/>
  </w:num>
  <w:num w:numId="26" w16cid:durableId="726875679">
    <w:abstractNumId w:val="21"/>
  </w:num>
  <w:num w:numId="27" w16cid:durableId="810245805">
    <w:abstractNumId w:val="22"/>
  </w:num>
  <w:num w:numId="28" w16cid:durableId="1630823157">
    <w:abstractNumId w:val="12"/>
  </w:num>
  <w:num w:numId="29" w16cid:durableId="1091703188">
    <w:abstractNumId w:val="26"/>
  </w:num>
  <w:num w:numId="30" w16cid:durableId="873690994">
    <w:abstractNumId w:val="14"/>
  </w:num>
  <w:num w:numId="31" w16cid:durableId="155145788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66B"/>
    <w:rsid w:val="00007B4C"/>
    <w:rsid w:val="000154B9"/>
    <w:rsid w:val="000168FE"/>
    <w:rsid w:val="00034616"/>
    <w:rsid w:val="00037B4E"/>
    <w:rsid w:val="000409F5"/>
    <w:rsid w:val="0005609F"/>
    <w:rsid w:val="000577C1"/>
    <w:rsid w:val="0006063C"/>
    <w:rsid w:val="000A5128"/>
    <w:rsid w:val="000D265A"/>
    <w:rsid w:val="000F50CB"/>
    <w:rsid w:val="00135C54"/>
    <w:rsid w:val="00140169"/>
    <w:rsid w:val="0015074B"/>
    <w:rsid w:val="00182650"/>
    <w:rsid w:val="001B6DEC"/>
    <w:rsid w:val="001D13E7"/>
    <w:rsid w:val="00201906"/>
    <w:rsid w:val="002147AE"/>
    <w:rsid w:val="00232D97"/>
    <w:rsid w:val="00235CB6"/>
    <w:rsid w:val="00256B6C"/>
    <w:rsid w:val="002615EE"/>
    <w:rsid w:val="00281D68"/>
    <w:rsid w:val="00286073"/>
    <w:rsid w:val="00293039"/>
    <w:rsid w:val="002951C3"/>
    <w:rsid w:val="0029639D"/>
    <w:rsid w:val="002A7073"/>
    <w:rsid w:val="002B1DA8"/>
    <w:rsid w:val="002B435A"/>
    <w:rsid w:val="002C41F8"/>
    <w:rsid w:val="002C52BB"/>
    <w:rsid w:val="002E0C8B"/>
    <w:rsid w:val="002F7BD0"/>
    <w:rsid w:val="00322583"/>
    <w:rsid w:val="00326F90"/>
    <w:rsid w:val="00336437"/>
    <w:rsid w:val="003364B5"/>
    <w:rsid w:val="003B1936"/>
    <w:rsid w:val="003B2548"/>
    <w:rsid w:val="003D28B8"/>
    <w:rsid w:val="003D3D9F"/>
    <w:rsid w:val="00422C35"/>
    <w:rsid w:val="004306BE"/>
    <w:rsid w:val="004400A5"/>
    <w:rsid w:val="0045664C"/>
    <w:rsid w:val="00462339"/>
    <w:rsid w:val="00465524"/>
    <w:rsid w:val="00466DE8"/>
    <w:rsid w:val="00487787"/>
    <w:rsid w:val="004943DE"/>
    <w:rsid w:val="004A128F"/>
    <w:rsid w:val="004B20C6"/>
    <w:rsid w:val="004B422D"/>
    <w:rsid w:val="00507EC0"/>
    <w:rsid w:val="00521DEC"/>
    <w:rsid w:val="00523296"/>
    <w:rsid w:val="005B50A7"/>
    <w:rsid w:val="005F4941"/>
    <w:rsid w:val="00605301"/>
    <w:rsid w:val="00691AC2"/>
    <w:rsid w:val="006C343F"/>
    <w:rsid w:val="006C3B55"/>
    <w:rsid w:val="006F0E74"/>
    <w:rsid w:val="00701753"/>
    <w:rsid w:val="007168ED"/>
    <w:rsid w:val="00727DBD"/>
    <w:rsid w:val="0076003B"/>
    <w:rsid w:val="007E7D18"/>
    <w:rsid w:val="00824656"/>
    <w:rsid w:val="0086544D"/>
    <w:rsid w:val="00872D39"/>
    <w:rsid w:val="008771C3"/>
    <w:rsid w:val="008844B5"/>
    <w:rsid w:val="008850EC"/>
    <w:rsid w:val="00895AD4"/>
    <w:rsid w:val="008A0033"/>
    <w:rsid w:val="008C240B"/>
    <w:rsid w:val="008D518F"/>
    <w:rsid w:val="00904F94"/>
    <w:rsid w:val="00926BCC"/>
    <w:rsid w:val="009366B6"/>
    <w:rsid w:val="0095637F"/>
    <w:rsid w:val="00960AF5"/>
    <w:rsid w:val="00971DCC"/>
    <w:rsid w:val="00973288"/>
    <w:rsid w:val="009A67F1"/>
    <w:rsid w:val="009E01EA"/>
    <w:rsid w:val="009F051D"/>
    <w:rsid w:val="00A3300D"/>
    <w:rsid w:val="00A81253"/>
    <w:rsid w:val="00A840E5"/>
    <w:rsid w:val="00A97A7E"/>
    <w:rsid w:val="00AA1B7D"/>
    <w:rsid w:val="00AA1D8D"/>
    <w:rsid w:val="00AF59E1"/>
    <w:rsid w:val="00AF64B4"/>
    <w:rsid w:val="00B17F4F"/>
    <w:rsid w:val="00B35AE8"/>
    <w:rsid w:val="00B47730"/>
    <w:rsid w:val="00B66BA3"/>
    <w:rsid w:val="00BA311F"/>
    <w:rsid w:val="00BE0C39"/>
    <w:rsid w:val="00BF6ABE"/>
    <w:rsid w:val="00C1049F"/>
    <w:rsid w:val="00C76373"/>
    <w:rsid w:val="00CB0664"/>
    <w:rsid w:val="00CC253F"/>
    <w:rsid w:val="00D515C3"/>
    <w:rsid w:val="00D614F5"/>
    <w:rsid w:val="00D663C8"/>
    <w:rsid w:val="00D669B8"/>
    <w:rsid w:val="00D80EA9"/>
    <w:rsid w:val="00D9459F"/>
    <w:rsid w:val="00DB2B9D"/>
    <w:rsid w:val="00DD75A5"/>
    <w:rsid w:val="00E74FD5"/>
    <w:rsid w:val="00E7610B"/>
    <w:rsid w:val="00E8508C"/>
    <w:rsid w:val="00E95D9A"/>
    <w:rsid w:val="00EC2655"/>
    <w:rsid w:val="00F108F6"/>
    <w:rsid w:val="00F547F1"/>
    <w:rsid w:val="00F769D8"/>
    <w:rsid w:val="00FA0D12"/>
    <w:rsid w:val="00FC693F"/>
    <w:rsid w:val="00FD1085"/>
    <w:rsid w:val="00FD743B"/>
    <w:rsid w:val="00FE0026"/>
    <w:rsid w:val="00FF2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E8E2E9"/>
  <w14:defaultImageDpi w14:val="300"/>
  <w15:docId w15:val="{D093B075-C54D-40A3-94A3-0826202D6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222222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CC253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C253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C253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C253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C253F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0577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9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43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54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6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7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54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4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6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8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7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7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1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7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4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3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51948F8B9267459AAB9A9E5DDC7A7C" ma:contentTypeVersion="23" ma:contentTypeDescription="Create a new document." ma:contentTypeScope="" ma:versionID="9827b6001719c2e9495039c2d514ad85">
  <xsd:schema xmlns:xsd="http://www.w3.org/2001/XMLSchema" xmlns:xs="http://www.w3.org/2001/XMLSchema" xmlns:p="http://schemas.microsoft.com/office/2006/metadata/properties" xmlns:ns2="c4c55139-8f21-4cdf-a965-4164c96b2c0a" xmlns:ns3="25c466d1-6c21-4795-a149-ed46c30ad847" targetNamespace="http://schemas.microsoft.com/office/2006/metadata/properties" ma:root="true" ma:fieldsID="b73460093cdd0e97c186f9a08da91322" ns2:_="" ns3:_="">
    <xsd:import namespace="c4c55139-8f21-4cdf-a965-4164c96b2c0a"/>
    <xsd:import namespace="25c466d1-6c21-4795-a149-ed46c30ad8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55139-8f21-4cdf-a965-4164c96b2c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15342e6-db2d-45fe-b3dd-cd2d560fb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c466d1-6c21-4795-a149-ed46c30ad84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0f5cebc-3d77-4e11-ac66-56825192a41f}" ma:internalName="TaxCatchAll" ma:showField="CatchAllData" ma:web="25c466d1-6c21-4795-a149-ed46c30ad8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c466d1-6c21-4795-a149-ed46c30ad847" xsi:nil="true"/>
    <lcf76f155ced4ddcb4097134ff3c332f xmlns="c4c55139-8f21-4cdf-a965-4164c96b2c0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314344-273A-4D00-8731-6F07714115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55139-8f21-4cdf-a965-4164c96b2c0a"/>
    <ds:schemaRef ds:uri="25c466d1-6c21-4795-a149-ed46c30ad8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6C8C671-4826-4496-9A7A-9C8A3F65A2D3}">
  <ds:schemaRefs>
    <ds:schemaRef ds:uri="25c466d1-6c21-4795-a149-ed46c30ad847"/>
    <ds:schemaRef ds:uri="http://schemas.microsoft.com/office/infopath/2007/PartnerControls"/>
    <ds:schemaRef ds:uri="http://purl.org/dc/terms/"/>
    <ds:schemaRef ds:uri="http://purl.org/dc/dcmitype/"/>
    <ds:schemaRef ds:uri="c4c55139-8f21-4cdf-a965-4164c96b2c0a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79B00B2-E9E9-4C72-A9DF-DD981927B9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947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Mpourtzos</dc:creator>
  <cp:keywords/>
  <dc:description>generated by python-docx</dc:description>
  <cp:lastModifiedBy>Sarah Bamberger</cp:lastModifiedBy>
  <cp:revision>11</cp:revision>
  <dcterms:created xsi:type="dcterms:W3CDTF">2026-10-09T13:27:00Z</dcterms:created>
  <dcterms:modified xsi:type="dcterms:W3CDTF">2026-10-09T14:49:00Z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0x0101008451948F8B9267459AAB9A9E5DDC7A7C</vt:lpwstr>
  </property>
  <property fmtid="{D5CDD505-2E9C-101B-9397-08002B2CF9AE}" pid="3" name="MediaServiceImageTags">
    <vt:lpwstr/>
  </property>
</Properties>
</file>